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Тестовый документ 1</w:t>
      </w:r>
    </w:p>
    <w:p>
      <w:r>
        <w:t>Файл собран на сайте testovye-fayly.ru для проверки программ, которые читают, показывают и конвертируют документы.</w:t>
      </w:r>
    </w:p>
    <w:p>
      <w:r>
        <w:t>Текст здесь нужен только как содержимое: он написан для этого файла и ничего не значит. Кириллица, латиница, цифры 1234567890 и знаки № % — чтобы было видно, как программа справляется с кодировкой.</w:t>
      </w:r>
    </w:p>
    <w:p>
      <w:r>
        <w:t>Проверьте на этом файле: выделение и копирование текста, поиск по документу, печать, пересохранение в другой формат.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Формат</w:t>
            </w:r>
          </w:p>
        </w:tc>
        <w:tc>
          <w:tcPr>
            <w:tcW w:type="dxa" w:w="2880"/>
          </w:tcPr>
          <w:p>
            <w:r>
              <w:t>Расширение</w:t>
            </w:r>
          </w:p>
        </w:tc>
        <w:tc>
          <w:tcPr>
            <w:tcW w:type="dxa" w:w="2880"/>
          </w:tcPr>
          <w:p>
            <w:r>
              <w:t>Тип содержимого</w:t>
            </w:r>
          </w:p>
        </w:tc>
      </w:tr>
      <w:tr>
        <w:tc>
          <w:tcPr>
            <w:tcW w:type="dxa" w:w="2880"/>
          </w:tcPr>
          <w:p>
            <w:r>
              <w:t>Документ Word</w:t>
            </w:r>
          </w:p>
        </w:tc>
        <w:tc>
          <w:tcPr>
            <w:tcW w:type="dxa" w:w="2880"/>
          </w:tcPr>
          <w:p>
            <w:r>
              <w:t>docx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Таблица Excel</w:t>
            </w:r>
          </w:p>
        </w:tc>
        <w:tc>
          <w:tcPr>
            <w:tcW w:type="dxa" w:w="2880"/>
          </w:tcPr>
          <w:p>
            <w:r>
              <w:t>xlsx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Портативный документ</w:t>
            </w:r>
          </w:p>
        </w:tc>
        <w:tc>
          <w:tcPr>
            <w:tcW w:type="dxa" w:w="2880"/>
          </w:tcPr>
          <w:p>
            <w:r>
              <w:t>pdf</w:t>
            </w:r>
          </w:p>
        </w:tc>
        <w:tc>
          <w:tcPr>
            <w:tcW w:type="dxa" w:w="2880"/>
          </w:tcPr>
          <w:p>
            <w:r>
              <w:t>application/pdf</w:t>
            </w:r>
          </w:p>
        </w:tc>
      </w:tr>
      <w:tr>
        <w:tc>
          <w:tcPr>
            <w:tcW w:type="dxa" w:w="2880"/>
          </w:tcPr>
          <w:p>
            <w:r>
              <w:t>Простой текст</w:t>
            </w:r>
          </w:p>
        </w:tc>
        <w:tc>
          <w:tcPr>
            <w:tcW w:type="dxa" w:w="2880"/>
          </w:tcPr>
          <w:p>
            <w:r>
              <w:t>txt</w:t>
            </w:r>
          </w:p>
        </w:tc>
        <w:tc>
          <w:tcPr>
            <w:tcW w:type="dxa" w:w="2880"/>
          </w:tcPr>
          <w:p>
            <w:r>
              <w:t>text/plain</w:t>
            </w:r>
          </w:p>
        </w:tc>
      </w:tr>
    </w:tbl>
    <w:p>
      <w:r>
        <w:br w:type="page"/>
      </w:r>
    </w:p>
    <w:p>
      <w:pPr>
        <w:pStyle w:val="Heading1"/>
      </w:pPr>
      <w:r>
        <w:t>Тестовый документ 2</w:t>
      </w:r>
    </w:p>
    <w:p>
      <w:r>
        <w:t>Файл собран на сайте testovye-fayly.ru для проверки программ, которые читают, показывают и конвертируют документы.</w:t>
      </w:r>
    </w:p>
    <w:p>
      <w:r>
        <w:t>Текст здесь нужен только как содержимое: он написан для этого файла и ничего не значит. Кириллица, латиница, цифры 1234567890 и знаки № % — чтобы было видно, как программа справляется с кодировкой.</w:t>
      </w:r>
    </w:p>
    <w:p>
      <w:r>
        <w:t>Проверьте на этом файле: выделение и копирование текста, поиск по документу, печать, пересохранение в другой формат.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Формат</w:t>
            </w:r>
          </w:p>
        </w:tc>
        <w:tc>
          <w:tcPr>
            <w:tcW w:type="dxa" w:w="2880"/>
          </w:tcPr>
          <w:p>
            <w:r>
              <w:t>Расширение</w:t>
            </w:r>
          </w:p>
        </w:tc>
        <w:tc>
          <w:tcPr>
            <w:tcW w:type="dxa" w:w="2880"/>
          </w:tcPr>
          <w:p>
            <w:r>
              <w:t>Тип содержимого</w:t>
            </w:r>
          </w:p>
        </w:tc>
      </w:tr>
      <w:tr>
        <w:tc>
          <w:tcPr>
            <w:tcW w:type="dxa" w:w="2880"/>
          </w:tcPr>
          <w:p>
            <w:r>
              <w:t>Документ Word</w:t>
            </w:r>
          </w:p>
        </w:tc>
        <w:tc>
          <w:tcPr>
            <w:tcW w:type="dxa" w:w="2880"/>
          </w:tcPr>
          <w:p>
            <w:r>
              <w:t>docx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Таблица Excel</w:t>
            </w:r>
          </w:p>
        </w:tc>
        <w:tc>
          <w:tcPr>
            <w:tcW w:type="dxa" w:w="2880"/>
          </w:tcPr>
          <w:p>
            <w:r>
              <w:t>xlsx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Портативный документ</w:t>
            </w:r>
          </w:p>
        </w:tc>
        <w:tc>
          <w:tcPr>
            <w:tcW w:type="dxa" w:w="2880"/>
          </w:tcPr>
          <w:p>
            <w:r>
              <w:t>pdf</w:t>
            </w:r>
          </w:p>
        </w:tc>
        <w:tc>
          <w:tcPr>
            <w:tcW w:type="dxa" w:w="2880"/>
          </w:tcPr>
          <w:p>
            <w:r>
              <w:t>application/pdf</w:t>
            </w:r>
          </w:p>
        </w:tc>
      </w:tr>
      <w:tr>
        <w:tc>
          <w:tcPr>
            <w:tcW w:type="dxa" w:w="2880"/>
          </w:tcPr>
          <w:p>
            <w:r>
              <w:t>Простой текст</w:t>
            </w:r>
          </w:p>
        </w:tc>
        <w:tc>
          <w:tcPr>
            <w:tcW w:type="dxa" w:w="2880"/>
          </w:tcPr>
          <w:p>
            <w:r>
              <w:t>txt</w:t>
            </w:r>
          </w:p>
        </w:tc>
        <w:tc>
          <w:tcPr>
            <w:tcW w:type="dxa" w:w="2880"/>
          </w:tcPr>
          <w:p>
            <w:r>
              <w:t>text/plain</w:t>
            </w:r>
          </w:p>
        </w:tc>
      </w:tr>
    </w:tbl>
    <w:p>
      <w:r>
        <w:br w:type="page"/>
      </w:r>
    </w:p>
    <w:p>
      <w:pPr>
        <w:pStyle w:val="Heading1"/>
      </w:pPr>
      <w:r>
        <w:t>Тестовый документ 3</w:t>
      </w:r>
    </w:p>
    <w:p>
      <w:r>
        <w:t>Файл собран на сайте testovye-fayly.ru для проверки программ, которые читают, показывают и конвертируют документы.</w:t>
      </w:r>
    </w:p>
    <w:p>
      <w:r>
        <w:t>Текст здесь нужен только как содержимое: он написан для этого файла и ничего не значит. Кириллица, латиница, цифры 1234567890 и знаки № % — чтобы было видно, как программа справляется с кодировкой.</w:t>
      </w:r>
    </w:p>
    <w:p>
      <w:r>
        <w:t>Проверьте на этом файле: выделение и копирование текста, поиск по документу, печать, пересохранение в другой формат.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Формат</w:t>
            </w:r>
          </w:p>
        </w:tc>
        <w:tc>
          <w:tcPr>
            <w:tcW w:type="dxa" w:w="2880"/>
          </w:tcPr>
          <w:p>
            <w:r>
              <w:t>Расширение</w:t>
            </w:r>
          </w:p>
        </w:tc>
        <w:tc>
          <w:tcPr>
            <w:tcW w:type="dxa" w:w="2880"/>
          </w:tcPr>
          <w:p>
            <w:r>
              <w:t>Тип содержимого</w:t>
            </w:r>
          </w:p>
        </w:tc>
      </w:tr>
      <w:tr>
        <w:tc>
          <w:tcPr>
            <w:tcW w:type="dxa" w:w="2880"/>
          </w:tcPr>
          <w:p>
            <w:r>
              <w:t>Документ Word</w:t>
            </w:r>
          </w:p>
        </w:tc>
        <w:tc>
          <w:tcPr>
            <w:tcW w:type="dxa" w:w="2880"/>
          </w:tcPr>
          <w:p>
            <w:r>
              <w:t>docx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Таблица Excel</w:t>
            </w:r>
          </w:p>
        </w:tc>
        <w:tc>
          <w:tcPr>
            <w:tcW w:type="dxa" w:w="2880"/>
          </w:tcPr>
          <w:p>
            <w:r>
              <w:t>xlsx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Портативный документ</w:t>
            </w:r>
          </w:p>
        </w:tc>
        <w:tc>
          <w:tcPr>
            <w:tcW w:type="dxa" w:w="2880"/>
          </w:tcPr>
          <w:p>
            <w:r>
              <w:t>pdf</w:t>
            </w:r>
          </w:p>
        </w:tc>
        <w:tc>
          <w:tcPr>
            <w:tcW w:type="dxa" w:w="2880"/>
          </w:tcPr>
          <w:p>
            <w:r>
              <w:t>application/pdf</w:t>
            </w:r>
          </w:p>
        </w:tc>
      </w:tr>
      <w:tr>
        <w:tc>
          <w:tcPr>
            <w:tcW w:type="dxa" w:w="2880"/>
          </w:tcPr>
          <w:p>
            <w:r>
              <w:t>Простой текст</w:t>
            </w:r>
          </w:p>
        </w:tc>
        <w:tc>
          <w:tcPr>
            <w:tcW w:type="dxa" w:w="2880"/>
          </w:tcPr>
          <w:p>
            <w:r>
              <w:t>txt</w:t>
            </w:r>
          </w:p>
        </w:tc>
        <w:tc>
          <w:tcPr>
            <w:tcW w:type="dxa" w:w="2880"/>
          </w:tcPr>
          <w:p>
            <w:r>
              <w:t>text/plain</w:t>
            </w:r>
          </w:p>
        </w:tc>
      </w:tr>
    </w:tbl>
    <w:p>
      <w:r>
        <w:br w:type="page"/>
      </w:r>
    </w:p>
    <w:p>
      <w:pPr>
        <w:pStyle w:val="Heading1"/>
      </w:pPr>
      <w:r>
        <w:t>Тестовый документ 4</w:t>
      </w:r>
    </w:p>
    <w:p>
      <w:r>
        <w:t>Файл собран на сайте testovye-fayly.ru для проверки программ, которые читают, показывают и конвертируют документы.</w:t>
      </w:r>
    </w:p>
    <w:p>
      <w:r>
        <w:t>Текст здесь нужен только как содержимое: он написан для этого файла и ничего не значит. Кириллица, латиница, цифры 1234567890 и знаки № % — чтобы было видно, как программа справляется с кодировкой.</w:t>
      </w:r>
    </w:p>
    <w:p>
      <w:r>
        <w:t>Проверьте на этом файле: выделение и копирование текста, поиск по документу, печать, пересохранение в другой формат.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Формат</w:t>
            </w:r>
          </w:p>
        </w:tc>
        <w:tc>
          <w:tcPr>
            <w:tcW w:type="dxa" w:w="2880"/>
          </w:tcPr>
          <w:p>
            <w:r>
              <w:t>Расширение</w:t>
            </w:r>
          </w:p>
        </w:tc>
        <w:tc>
          <w:tcPr>
            <w:tcW w:type="dxa" w:w="2880"/>
          </w:tcPr>
          <w:p>
            <w:r>
              <w:t>Тип содержимого</w:t>
            </w:r>
          </w:p>
        </w:tc>
      </w:tr>
      <w:tr>
        <w:tc>
          <w:tcPr>
            <w:tcW w:type="dxa" w:w="2880"/>
          </w:tcPr>
          <w:p>
            <w:r>
              <w:t>Документ Word</w:t>
            </w:r>
          </w:p>
        </w:tc>
        <w:tc>
          <w:tcPr>
            <w:tcW w:type="dxa" w:w="2880"/>
          </w:tcPr>
          <w:p>
            <w:r>
              <w:t>docx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Таблица Excel</w:t>
            </w:r>
          </w:p>
        </w:tc>
        <w:tc>
          <w:tcPr>
            <w:tcW w:type="dxa" w:w="2880"/>
          </w:tcPr>
          <w:p>
            <w:r>
              <w:t>xlsx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Портативный документ</w:t>
            </w:r>
          </w:p>
        </w:tc>
        <w:tc>
          <w:tcPr>
            <w:tcW w:type="dxa" w:w="2880"/>
          </w:tcPr>
          <w:p>
            <w:r>
              <w:t>pdf</w:t>
            </w:r>
          </w:p>
        </w:tc>
        <w:tc>
          <w:tcPr>
            <w:tcW w:type="dxa" w:w="2880"/>
          </w:tcPr>
          <w:p>
            <w:r>
              <w:t>application/pdf</w:t>
            </w:r>
          </w:p>
        </w:tc>
      </w:tr>
      <w:tr>
        <w:tc>
          <w:tcPr>
            <w:tcW w:type="dxa" w:w="2880"/>
          </w:tcPr>
          <w:p>
            <w:r>
              <w:t>Простой текст</w:t>
            </w:r>
          </w:p>
        </w:tc>
        <w:tc>
          <w:tcPr>
            <w:tcW w:type="dxa" w:w="2880"/>
          </w:tcPr>
          <w:p>
            <w:r>
              <w:t>txt</w:t>
            </w:r>
          </w:p>
        </w:tc>
        <w:tc>
          <w:tcPr>
            <w:tcW w:type="dxa" w:w="2880"/>
          </w:tcPr>
          <w:p>
            <w:r>
              <w:t>text/plain</w:t>
            </w:r>
          </w:p>
        </w:tc>
      </w:tr>
    </w:tbl>
    <w:p>
      <w:r>
        <w:br w:type="page"/>
      </w:r>
    </w:p>
    <w:p>
      <w:pPr>
        <w:pStyle w:val="Heading1"/>
      </w:pPr>
      <w:r>
        <w:t>Тестовый документ 5</w:t>
      </w:r>
    </w:p>
    <w:p>
      <w:r>
        <w:t>Файл собран на сайте testovye-fayly.ru для проверки программ, которые читают, показывают и конвертируют документы.</w:t>
      </w:r>
    </w:p>
    <w:p>
      <w:r>
        <w:t>Текст здесь нужен только как содержимое: он написан для этого файла и ничего не значит. Кириллица, латиница, цифры 1234567890 и знаки № % — чтобы было видно, как программа справляется с кодировкой.</w:t>
      </w:r>
    </w:p>
    <w:p>
      <w:r>
        <w:t>Проверьте на этом файле: выделение и копирование текста, поиск по документу, печать, пересохранение в другой формат.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Формат</w:t>
            </w:r>
          </w:p>
        </w:tc>
        <w:tc>
          <w:tcPr>
            <w:tcW w:type="dxa" w:w="2880"/>
          </w:tcPr>
          <w:p>
            <w:r>
              <w:t>Расширение</w:t>
            </w:r>
          </w:p>
        </w:tc>
        <w:tc>
          <w:tcPr>
            <w:tcW w:type="dxa" w:w="2880"/>
          </w:tcPr>
          <w:p>
            <w:r>
              <w:t>Тип содержимого</w:t>
            </w:r>
          </w:p>
        </w:tc>
      </w:tr>
      <w:tr>
        <w:tc>
          <w:tcPr>
            <w:tcW w:type="dxa" w:w="2880"/>
          </w:tcPr>
          <w:p>
            <w:r>
              <w:t>Документ Word</w:t>
            </w:r>
          </w:p>
        </w:tc>
        <w:tc>
          <w:tcPr>
            <w:tcW w:type="dxa" w:w="2880"/>
          </w:tcPr>
          <w:p>
            <w:r>
              <w:t>docx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Таблица Excel</w:t>
            </w:r>
          </w:p>
        </w:tc>
        <w:tc>
          <w:tcPr>
            <w:tcW w:type="dxa" w:w="2880"/>
          </w:tcPr>
          <w:p>
            <w:r>
              <w:t>xlsx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Портативный документ</w:t>
            </w:r>
          </w:p>
        </w:tc>
        <w:tc>
          <w:tcPr>
            <w:tcW w:type="dxa" w:w="2880"/>
          </w:tcPr>
          <w:p>
            <w:r>
              <w:t>pdf</w:t>
            </w:r>
          </w:p>
        </w:tc>
        <w:tc>
          <w:tcPr>
            <w:tcW w:type="dxa" w:w="2880"/>
          </w:tcPr>
          <w:p>
            <w:r>
              <w:t>application/pdf</w:t>
            </w:r>
          </w:p>
        </w:tc>
      </w:tr>
      <w:tr>
        <w:tc>
          <w:tcPr>
            <w:tcW w:type="dxa" w:w="2880"/>
          </w:tcPr>
          <w:p>
            <w:r>
              <w:t>Простой текст</w:t>
            </w:r>
          </w:p>
        </w:tc>
        <w:tc>
          <w:tcPr>
            <w:tcW w:type="dxa" w:w="2880"/>
          </w:tcPr>
          <w:p>
            <w:r>
              <w:t>txt</w:t>
            </w:r>
          </w:p>
        </w:tc>
        <w:tc>
          <w:tcPr>
            <w:tcW w:type="dxa" w:w="2880"/>
          </w:tcPr>
          <w:p>
            <w:r>
              <w:t>text/plain</w:t>
            </w:r>
          </w:p>
        </w:tc>
      </w:tr>
    </w:tbl>
    <w:p>
      <w:r>
        <w:br w:type="page"/>
      </w:r>
    </w:p>
    <w:p>
      <w:pPr>
        <w:pStyle w:val="Heading1"/>
      </w:pPr>
      <w:r>
        <w:t>Тестовый документ 6</w:t>
      </w:r>
    </w:p>
    <w:p>
      <w:r>
        <w:t>Файл собран на сайте testovye-fayly.ru для проверки программ, которые читают, показывают и конвертируют документы.</w:t>
      </w:r>
    </w:p>
    <w:p>
      <w:r>
        <w:t>Текст здесь нужен только как содержимое: он написан для этого файла и ничего не значит. Кириллица, латиница, цифры 1234567890 и знаки № % — чтобы было видно, как программа справляется с кодировкой.</w:t>
      </w:r>
    </w:p>
    <w:p>
      <w:r>
        <w:t>Проверьте на этом файле: выделение и копирование текста, поиск по документу, печать, пересохранение в другой формат.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Формат</w:t>
            </w:r>
          </w:p>
        </w:tc>
        <w:tc>
          <w:tcPr>
            <w:tcW w:type="dxa" w:w="2880"/>
          </w:tcPr>
          <w:p>
            <w:r>
              <w:t>Расширение</w:t>
            </w:r>
          </w:p>
        </w:tc>
        <w:tc>
          <w:tcPr>
            <w:tcW w:type="dxa" w:w="2880"/>
          </w:tcPr>
          <w:p>
            <w:r>
              <w:t>Тип содержимого</w:t>
            </w:r>
          </w:p>
        </w:tc>
      </w:tr>
      <w:tr>
        <w:tc>
          <w:tcPr>
            <w:tcW w:type="dxa" w:w="2880"/>
          </w:tcPr>
          <w:p>
            <w:r>
              <w:t>Документ Word</w:t>
            </w:r>
          </w:p>
        </w:tc>
        <w:tc>
          <w:tcPr>
            <w:tcW w:type="dxa" w:w="2880"/>
          </w:tcPr>
          <w:p>
            <w:r>
              <w:t>docx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Таблица Excel</w:t>
            </w:r>
          </w:p>
        </w:tc>
        <w:tc>
          <w:tcPr>
            <w:tcW w:type="dxa" w:w="2880"/>
          </w:tcPr>
          <w:p>
            <w:r>
              <w:t>xlsx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Портативный документ</w:t>
            </w:r>
          </w:p>
        </w:tc>
        <w:tc>
          <w:tcPr>
            <w:tcW w:type="dxa" w:w="2880"/>
          </w:tcPr>
          <w:p>
            <w:r>
              <w:t>pdf</w:t>
            </w:r>
          </w:p>
        </w:tc>
        <w:tc>
          <w:tcPr>
            <w:tcW w:type="dxa" w:w="2880"/>
          </w:tcPr>
          <w:p>
            <w:r>
              <w:t>application/pdf</w:t>
            </w:r>
          </w:p>
        </w:tc>
      </w:tr>
      <w:tr>
        <w:tc>
          <w:tcPr>
            <w:tcW w:type="dxa" w:w="2880"/>
          </w:tcPr>
          <w:p>
            <w:r>
              <w:t>Простой текст</w:t>
            </w:r>
          </w:p>
        </w:tc>
        <w:tc>
          <w:tcPr>
            <w:tcW w:type="dxa" w:w="2880"/>
          </w:tcPr>
          <w:p>
            <w:r>
              <w:t>txt</w:t>
            </w:r>
          </w:p>
        </w:tc>
        <w:tc>
          <w:tcPr>
            <w:tcW w:type="dxa" w:w="2880"/>
          </w:tcPr>
          <w:p>
            <w:r>
              <w:t>text/plain</w:t>
            </w:r>
          </w:p>
        </w:tc>
      </w:tr>
    </w:tbl>
    <w:p>
      <w:r>
        <w:br w:type="page"/>
      </w:r>
    </w:p>
    <w:p>
      <w:pPr>
        <w:pStyle w:val="Heading1"/>
      </w:pPr>
      <w:r>
        <w:t>Тестовый документ 7</w:t>
      </w:r>
    </w:p>
    <w:p>
      <w:r>
        <w:t>Файл собран на сайте testovye-fayly.ru для проверки программ, которые читают, показывают и конвертируют документы.</w:t>
      </w:r>
    </w:p>
    <w:p>
      <w:r>
        <w:t>Текст здесь нужен только как содержимое: он написан для этого файла и ничего не значит. Кириллица, латиница, цифры 1234567890 и знаки № % — чтобы было видно, как программа справляется с кодировкой.</w:t>
      </w:r>
    </w:p>
    <w:p>
      <w:r>
        <w:t>Проверьте на этом файле: выделение и копирование текста, поиск по документу, печать, пересохранение в другой формат.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Формат</w:t>
            </w:r>
          </w:p>
        </w:tc>
        <w:tc>
          <w:tcPr>
            <w:tcW w:type="dxa" w:w="2880"/>
          </w:tcPr>
          <w:p>
            <w:r>
              <w:t>Расширение</w:t>
            </w:r>
          </w:p>
        </w:tc>
        <w:tc>
          <w:tcPr>
            <w:tcW w:type="dxa" w:w="2880"/>
          </w:tcPr>
          <w:p>
            <w:r>
              <w:t>Тип содержимого</w:t>
            </w:r>
          </w:p>
        </w:tc>
      </w:tr>
      <w:tr>
        <w:tc>
          <w:tcPr>
            <w:tcW w:type="dxa" w:w="2880"/>
          </w:tcPr>
          <w:p>
            <w:r>
              <w:t>Документ Word</w:t>
            </w:r>
          </w:p>
        </w:tc>
        <w:tc>
          <w:tcPr>
            <w:tcW w:type="dxa" w:w="2880"/>
          </w:tcPr>
          <w:p>
            <w:r>
              <w:t>docx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Таблица Excel</w:t>
            </w:r>
          </w:p>
        </w:tc>
        <w:tc>
          <w:tcPr>
            <w:tcW w:type="dxa" w:w="2880"/>
          </w:tcPr>
          <w:p>
            <w:r>
              <w:t>xlsx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Портативный документ</w:t>
            </w:r>
          </w:p>
        </w:tc>
        <w:tc>
          <w:tcPr>
            <w:tcW w:type="dxa" w:w="2880"/>
          </w:tcPr>
          <w:p>
            <w:r>
              <w:t>pdf</w:t>
            </w:r>
          </w:p>
        </w:tc>
        <w:tc>
          <w:tcPr>
            <w:tcW w:type="dxa" w:w="2880"/>
          </w:tcPr>
          <w:p>
            <w:r>
              <w:t>application/pdf</w:t>
            </w:r>
          </w:p>
        </w:tc>
      </w:tr>
      <w:tr>
        <w:tc>
          <w:tcPr>
            <w:tcW w:type="dxa" w:w="2880"/>
          </w:tcPr>
          <w:p>
            <w:r>
              <w:t>Простой текст</w:t>
            </w:r>
          </w:p>
        </w:tc>
        <w:tc>
          <w:tcPr>
            <w:tcW w:type="dxa" w:w="2880"/>
          </w:tcPr>
          <w:p>
            <w:r>
              <w:t>txt</w:t>
            </w:r>
          </w:p>
        </w:tc>
        <w:tc>
          <w:tcPr>
            <w:tcW w:type="dxa" w:w="2880"/>
          </w:tcPr>
          <w:p>
            <w:r>
              <w:t>text/plain</w:t>
            </w:r>
          </w:p>
        </w:tc>
      </w:tr>
    </w:tbl>
    <w:p>
      <w:r>
        <w:br w:type="page"/>
      </w:r>
    </w:p>
    <w:p>
      <w:pPr>
        <w:pStyle w:val="Heading1"/>
      </w:pPr>
      <w:r>
        <w:t>Тестовый документ 8</w:t>
      </w:r>
    </w:p>
    <w:p>
      <w:r>
        <w:t>Файл собран на сайте testovye-fayly.ru для проверки программ, которые читают, показывают и конвертируют документы.</w:t>
      </w:r>
    </w:p>
    <w:p>
      <w:r>
        <w:t>Текст здесь нужен только как содержимое: он написан для этого файла и ничего не значит. Кириллица, латиница, цифры 1234567890 и знаки № % — чтобы было видно, как программа справляется с кодировкой.</w:t>
      </w:r>
    </w:p>
    <w:p>
      <w:r>
        <w:t>Проверьте на этом файле: выделение и копирование текста, поиск по документу, печать, пересохранение в другой формат.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Формат</w:t>
            </w:r>
          </w:p>
        </w:tc>
        <w:tc>
          <w:tcPr>
            <w:tcW w:type="dxa" w:w="2880"/>
          </w:tcPr>
          <w:p>
            <w:r>
              <w:t>Расширение</w:t>
            </w:r>
          </w:p>
        </w:tc>
        <w:tc>
          <w:tcPr>
            <w:tcW w:type="dxa" w:w="2880"/>
          </w:tcPr>
          <w:p>
            <w:r>
              <w:t>Тип содержимого</w:t>
            </w:r>
          </w:p>
        </w:tc>
      </w:tr>
      <w:tr>
        <w:tc>
          <w:tcPr>
            <w:tcW w:type="dxa" w:w="2880"/>
          </w:tcPr>
          <w:p>
            <w:r>
              <w:t>Документ Word</w:t>
            </w:r>
          </w:p>
        </w:tc>
        <w:tc>
          <w:tcPr>
            <w:tcW w:type="dxa" w:w="2880"/>
          </w:tcPr>
          <w:p>
            <w:r>
              <w:t>docx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Таблица Excel</w:t>
            </w:r>
          </w:p>
        </w:tc>
        <w:tc>
          <w:tcPr>
            <w:tcW w:type="dxa" w:w="2880"/>
          </w:tcPr>
          <w:p>
            <w:r>
              <w:t>xlsx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Портативный документ</w:t>
            </w:r>
          </w:p>
        </w:tc>
        <w:tc>
          <w:tcPr>
            <w:tcW w:type="dxa" w:w="2880"/>
          </w:tcPr>
          <w:p>
            <w:r>
              <w:t>pdf</w:t>
            </w:r>
          </w:p>
        </w:tc>
        <w:tc>
          <w:tcPr>
            <w:tcW w:type="dxa" w:w="2880"/>
          </w:tcPr>
          <w:p>
            <w:r>
              <w:t>application/pdf</w:t>
            </w:r>
          </w:p>
        </w:tc>
      </w:tr>
      <w:tr>
        <w:tc>
          <w:tcPr>
            <w:tcW w:type="dxa" w:w="2880"/>
          </w:tcPr>
          <w:p>
            <w:r>
              <w:t>Простой текст</w:t>
            </w:r>
          </w:p>
        </w:tc>
        <w:tc>
          <w:tcPr>
            <w:tcW w:type="dxa" w:w="2880"/>
          </w:tcPr>
          <w:p>
            <w:r>
              <w:t>txt</w:t>
            </w:r>
          </w:p>
        </w:tc>
        <w:tc>
          <w:tcPr>
            <w:tcW w:type="dxa" w:w="2880"/>
          </w:tcPr>
          <w:p>
            <w:r>
              <w:t>text/plain</w:t>
            </w:r>
          </w:p>
        </w:tc>
      </w:tr>
    </w:tbl>
    <w:p>
      <w:r>
        <w:br w:type="page"/>
      </w:r>
    </w:p>
    <w:p>
      <w:pPr>
        <w:pStyle w:val="Heading1"/>
      </w:pPr>
      <w:r>
        <w:t>Тестовый документ 9</w:t>
      </w:r>
    </w:p>
    <w:p>
      <w:r>
        <w:t>Файл собран на сайте testovye-fayly.ru для проверки программ, которые читают, показывают и конвертируют документы.</w:t>
      </w:r>
    </w:p>
    <w:p>
      <w:r>
        <w:t>Текст здесь нужен только как содержимое: он написан для этого файла и ничего не значит. Кириллица, латиница, цифры 1234567890 и знаки № % — чтобы было видно, как программа справляется с кодировкой.</w:t>
      </w:r>
    </w:p>
    <w:p>
      <w:r>
        <w:t>Проверьте на этом файле: выделение и копирование текста, поиск по документу, печать, пересохранение в другой формат.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Формат</w:t>
            </w:r>
          </w:p>
        </w:tc>
        <w:tc>
          <w:tcPr>
            <w:tcW w:type="dxa" w:w="2880"/>
          </w:tcPr>
          <w:p>
            <w:r>
              <w:t>Расширение</w:t>
            </w:r>
          </w:p>
        </w:tc>
        <w:tc>
          <w:tcPr>
            <w:tcW w:type="dxa" w:w="2880"/>
          </w:tcPr>
          <w:p>
            <w:r>
              <w:t>Тип содержимого</w:t>
            </w:r>
          </w:p>
        </w:tc>
      </w:tr>
      <w:tr>
        <w:tc>
          <w:tcPr>
            <w:tcW w:type="dxa" w:w="2880"/>
          </w:tcPr>
          <w:p>
            <w:r>
              <w:t>Документ Word</w:t>
            </w:r>
          </w:p>
        </w:tc>
        <w:tc>
          <w:tcPr>
            <w:tcW w:type="dxa" w:w="2880"/>
          </w:tcPr>
          <w:p>
            <w:r>
              <w:t>docx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Таблица Excel</w:t>
            </w:r>
          </w:p>
        </w:tc>
        <w:tc>
          <w:tcPr>
            <w:tcW w:type="dxa" w:w="2880"/>
          </w:tcPr>
          <w:p>
            <w:r>
              <w:t>xlsx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Портативный документ</w:t>
            </w:r>
          </w:p>
        </w:tc>
        <w:tc>
          <w:tcPr>
            <w:tcW w:type="dxa" w:w="2880"/>
          </w:tcPr>
          <w:p>
            <w:r>
              <w:t>pdf</w:t>
            </w:r>
          </w:p>
        </w:tc>
        <w:tc>
          <w:tcPr>
            <w:tcW w:type="dxa" w:w="2880"/>
          </w:tcPr>
          <w:p>
            <w:r>
              <w:t>application/pdf</w:t>
            </w:r>
          </w:p>
        </w:tc>
      </w:tr>
      <w:tr>
        <w:tc>
          <w:tcPr>
            <w:tcW w:type="dxa" w:w="2880"/>
          </w:tcPr>
          <w:p>
            <w:r>
              <w:t>Простой текст</w:t>
            </w:r>
          </w:p>
        </w:tc>
        <w:tc>
          <w:tcPr>
            <w:tcW w:type="dxa" w:w="2880"/>
          </w:tcPr>
          <w:p>
            <w:r>
              <w:t>txt</w:t>
            </w:r>
          </w:p>
        </w:tc>
        <w:tc>
          <w:tcPr>
            <w:tcW w:type="dxa" w:w="2880"/>
          </w:tcPr>
          <w:p>
            <w:r>
              <w:t>text/plain</w:t>
            </w:r>
          </w:p>
        </w:tc>
      </w:tr>
    </w:tbl>
    <w:p>
      <w:r>
        <w:br w:type="page"/>
      </w:r>
    </w:p>
    <w:p>
      <w:pPr>
        <w:pStyle w:val="Heading1"/>
      </w:pPr>
      <w:r>
        <w:t>Тестовый документ 10</w:t>
      </w:r>
    </w:p>
    <w:p>
      <w:r>
        <w:t>Файл собран на сайте testovye-fayly.ru для проверки программ, которые читают, показывают и конвертируют документы.</w:t>
      </w:r>
    </w:p>
    <w:p>
      <w:r>
        <w:t>Текст здесь нужен только как содержимое: он написан для этого файла и ничего не значит. Кириллица, латиница, цифры 1234567890 и знаки № % — чтобы было видно, как программа справляется с кодировкой.</w:t>
      </w:r>
    </w:p>
    <w:p>
      <w:r>
        <w:t>Проверьте на этом файле: выделение и копирование текста, поиск по документу, печать, пересохранение в другой формат.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Формат</w:t>
            </w:r>
          </w:p>
        </w:tc>
        <w:tc>
          <w:tcPr>
            <w:tcW w:type="dxa" w:w="2880"/>
          </w:tcPr>
          <w:p>
            <w:r>
              <w:t>Расширение</w:t>
            </w:r>
          </w:p>
        </w:tc>
        <w:tc>
          <w:tcPr>
            <w:tcW w:type="dxa" w:w="2880"/>
          </w:tcPr>
          <w:p>
            <w:r>
              <w:t>Тип содержимого</w:t>
            </w:r>
          </w:p>
        </w:tc>
      </w:tr>
      <w:tr>
        <w:tc>
          <w:tcPr>
            <w:tcW w:type="dxa" w:w="2880"/>
          </w:tcPr>
          <w:p>
            <w:r>
              <w:t>Документ Word</w:t>
            </w:r>
          </w:p>
        </w:tc>
        <w:tc>
          <w:tcPr>
            <w:tcW w:type="dxa" w:w="2880"/>
          </w:tcPr>
          <w:p>
            <w:r>
              <w:t>docx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Таблица Excel</w:t>
            </w:r>
          </w:p>
        </w:tc>
        <w:tc>
          <w:tcPr>
            <w:tcW w:type="dxa" w:w="2880"/>
          </w:tcPr>
          <w:p>
            <w:r>
              <w:t>xlsx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Портативный документ</w:t>
            </w:r>
          </w:p>
        </w:tc>
        <w:tc>
          <w:tcPr>
            <w:tcW w:type="dxa" w:w="2880"/>
          </w:tcPr>
          <w:p>
            <w:r>
              <w:t>pdf</w:t>
            </w:r>
          </w:p>
        </w:tc>
        <w:tc>
          <w:tcPr>
            <w:tcW w:type="dxa" w:w="2880"/>
          </w:tcPr>
          <w:p>
            <w:r>
              <w:t>application/pdf</w:t>
            </w:r>
          </w:p>
        </w:tc>
      </w:tr>
      <w:tr>
        <w:tc>
          <w:tcPr>
            <w:tcW w:type="dxa" w:w="2880"/>
          </w:tcPr>
          <w:p>
            <w:r>
              <w:t>Простой текст</w:t>
            </w:r>
          </w:p>
        </w:tc>
        <w:tc>
          <w:tcPr>
            <w:tcW w:type="dxa" w:w="2880"/>
          </w:tcPr>
          <w:p>
            <w:r>
              <w:t>txt</w:t>
            </w:r>
          </w:p>
        </w:tc>
        <w:tc>
          <w:tcPr>
            <w:tcW w:type="dxa" w:w="2880"/>
          </w:tcPr>
          <w:p>
            <w:r>
              <w:t>text/plain</w:t>
            </w:r>
          </w:p>
        </w:tc>
      </w:tr>
    </w:tbl>
    <w:p>
      <w:r>
        <w:br w:type="page"/>
      </w:r>
    </w:p>
    <w:p>
      <w:pPr>
        <w:pStyle w:val="Heading1"/>
      </w:pPr>
      <w:r>
        <w:t>Тестовый документ 11</w:t>
      </w:r>
    </w:p>
    <w:p>
      <w:r>
        <w:t>Файл собран на сайте testovye-fayly.ru для проверки программ, которые читают, показывают и конвертируют документы.</w:t>
      </w:r>
    </w:p>
    <w:p>
      <w:r>
        <w:t>Текст здесь нужен только как содержимое: он написан для этого файла и ничего не значит. Кириллица, латиница, цифры 1234567890 и знаки № % — чтобы было видно, как программа справляется с кодировкой.</w:t>
      </w:r>
    </w:p>
    <w:p>
      <w:r>
        <w:t>Проверьте на этом файле: выделение и копирование текста, поиск по документу, печать, пересохранение в другой формат.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Формат</w:t>
            </w:r>
          </w:p>
        </w:tc>
        <w:tc>
          <w:tcPr>
            <w:tcW w:type="dxa" w:w="2880"/>
          </w:tcPr>
          <w:p>
            <w:r>
              <w:t>Расширение</w:t>
            </w:r>
          </w:p>
        </w:tc>
        <w:tc>
          <w:tcPr>
            <w:tcW w:type="dxa" w:w="2880"/>
          </w:tcPr>
          <w:p>
            <w:r>
              <w:t>Тип содержимого</w:t>
            </w:r>
          </w:p>
        </w:tc>
      </w:tr>
      <w:tr>
        <w:tc>
          <w:tcPr>
            <w:tcW w:type="dxa" w:w="2880"/>
          </w:tcPr>
          <w:p>
            <w:r>
              <w:t>Документ Word</w:t>
            </w:r>
          </w:p>
        </w:tc>
        <w:tc>
          <w:tcPr>
            <w:tcW w:type="dxa" w:w="2880"/>
          </w:tcPr>
          <w:p>
            <w:r>
              <w:t>docx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Таблица Excel</w:t>
            </w:r>
          </w:p>
        </w:tc>
        <w:tc>
          <w:tcPr>
            <w:tcW w:type="dxa" w:w="2880"/>
          </w:tcPr>
          <w:p>
            <w:r>
              <w:t>xlsx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Портативный документ</w:t>
            </w:r>
          </w:p>
        </w:tc>
        <w:tc>
          <w:tcPr>
            <w:tcW w:type="dxa" w:w="2880"/>
          </w:tcPr>
          <w:p>
            <w:r>
              <w:t>pdf</w:t>
            </w:r>
          </w:p>
        </w:tc>
        <w:tc>
          <w:tcPr>
            <w:tcW w:type="dxa" w:w="2880"/>
          </w:tcPr>
          <w:p>
            <w:r>
              <w:t>application/pdf</w:t>
            </w:r>
          </w:p>
        </w:tc>
      </w:tr>
      <w:tr>
        <w:tc>
          <w:tcPr>
            <w:tcW w:type="dxa" w:w="2880"/>
          </w:tcPr>
          <w:p>
            <w:r>
              <w:t>Простой текст</w:t>
            </w:r>
          </w:p>
        </w:tc>
        <w:tc>
          <w:tcPr>
            <w:tcW w:type="dxa" w:w="2880"/>
          </w:tcPr>
          <w:p>
            <w:r>
              <w:t>txt</w:t>
            </w:r>
          </w:p>
        </w:tc>
        <w:tc>
          <w:tcPr>
            <w:tcW w:type="dxa" w:w="2880"/>
          </w:tcPr>
          <w:p>
            <w:r>
              <w:t>text/plain</w:t>
            </w:r>
          </w:p>
        </w:tc>
      </w:tr>
    </w:tbl>
    <w:p>
      <w:r>
        <w:br w:type="page"/>
      </w:r>
    </w:p>
    <w:p>
      <w:pPr>
        <w:pStyle w:val="Heading1"/>
      </w:pPr>
      <w:r>
        <w:t>Тестовый документ 12</w:t>
      </w:r>
    </w:p>
    <w:p>
      <w:r>
        <w:t>Файл собран на сайте testovye-fayly.ru для проверки программ, которые читают, показывают и конвертируют документы.</w:t>
      </w:r>
    </w:p>
    <w:p>
      <w:r>
        <w:t>Текст здесь нужен только как содержимое: он написан для этого файла и ничего не значит. Кириллица, латиница, цифры 1234567890 и знаки № % — чтобы было видно, как программа справляется с кодировкой.</w:t>
      </w:r>
    </w:p>
    <w:p>
      <w:r>
        <w:t>Проверьте на этом файле: выделение и копирование текста, поиск по документу, печать, пересохранение в другой формат.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Формат</w:t>
            </w:r>
          </w:p>
        </w:tc>
        <w:tc>
          <w:tcPr>
            <w:tcW w:type="dxa" w:w="2880"/>
          </w:tcPr>
          <w:p>
            <w:r>
              <w:t>Расширение</w:t>
            </w:r>
          </w:p>
        </w:tc>
        <w:tc>
          <w:tcPr>
            <w:tcW w:type="dxa" w:w="2880"/>
          </w:tcPr>
          <w:p>
            <w:r>
              <w:t>Тип содержимого</w:t>
            </w:r>
          </w:p>
        </w:tc>
      </w:tr>
      <w:tr>
        <w:tc>
          <w:tcPr>
            <w:tcW w:type="dxa" w:w="2880"/>
          </w:tcPr>
          <w:p>
            <w:r>
              <w:t>Документ Word</w:t>
            </w:r>
          </w:p>
        </w:tc>
        <w:tc>
          <w:tcPr>
            <w:tcW w:type="dxa" w:w="2880"/>
          </w:tcPr>
          <w:p>
            <w:r>
              <w:t>docx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Таблица Excel</w:t>
            </w:r>
          </w:p>
        </w:tc>
        <w:tc>
          <w:tcPr>
            <w:tcW w:type="dxa" w:w="2880"/>
          </w:tcPr>
          <w:p>
            <w:r>
              <w:t>xlsx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Портативный документ</w:t>
            </w:r>
          </w:p>
        </w:tc>
        <w:tc>
          <w:tcPr>
            <w:tcW w:type="dxa" w:w="2880"/>
          </w:tcPr>
          <w:p>
            <w:r>
              <w:t>pdf</w:t>
            </w:r>
          </w:p>
        </w:tc>
        <w:tc>
          <w:tcPr>
            <w:tcW w:type="dxa" w:w="2880"/>
          </w:tcPr>
          <w:p>
            <w:r>
              <w:t>application/pdf</w:t>
            </w:r>
          </w:p>
        </w:tc>
      </w:tr>
      <w:tr>
        <w:tc>
          <w:tcPr>
            <w:tcW w:type="dxa" w:w="2880"/>
          </w:tcPr>
          <w:p>
            <w:r>
              <w:t>Простой текст</w:t>
            </w:r>
          </w:p>
        </w:tc>
        <w:tc>
          <w:tcPr>
            <w:tcW w:type="dxa" w:w="2880"/>
          </w:tcPr>
          <w:p>
            <w:r>
              <w:t>txt</w:t>
            </w:r>
          </w:p>
        </w:tc>
        <w:tc>
          <w:tcPr>
            <w:tcW w:type="dxa" w:w="2880"/>
          </w:tcPr>
          <w:p>
            <w:r>
              <w:t>text/plain</w:t>
            </w:r>
          </w:p>
        </w:tc>
      </w:tr>
    </w:tbl>
    <w:p>
      <w:r>
        <w:br w:type="page"/>
      </w:r>
    </w:p>
    <w:p>
      <w:pPr>
        <w:pStyle w:val="Heading1"/>
      </w:pPr>
      <w:r>
        <w:t>Тестовый документ 13</w:t>
      </w:r>
    </w:p>
    <w:p>
      <w:r>
        <w:t>Файл собран на сайте testovye-fayly.ru для проверки программ, которые читают, показывают и конвертируют документы.</w:t>
      </w:r>
    </w:p>
    <w:p>
      <w:r>
        <w:t>Текст здесь нужен только как содержимое: он написан для этого файла и ничего не значит. Кириллица, латиница, цифры 1234567890 и знаки № % — чтобы было видно, как программа справляется с кодировкой.</w:t>
      </w:r>
    </w:p>
    <w:p>
      <w:r>
        <w:t>Проверьте на этом файле: выделение и копирование текста, поиск по документу, печать, пересохранение в другой формат.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Формат</w:t>
            </w:r>
          </w:p>
        </w:tc>
        <w:tc>
          <w:tcPr>
            <w:tcW w:type="dxa" w:w="2880"/>
          </w:tcPr>
          <w:p>
            <w:r>
              <w:t>Расширение</w:t>
            </w:r>
          </w:p>
        </w:tc>
        <w:tc>
          <w:tcPr>
            <w:tcW w:type="dxa" w:w="2880"/>
          </w:tcPr>
          <w:p>
            <w:r>
              <w:t>Тип содержимого</w:t>
            </w:r>
          </w:p>
        </w:tc>
      </w:tr>
      <w:tr>
        <w:tc>
          <w:tcPr>
            <w:tcW w:type="dxa" w:w="2880"/>
          </w:tcPr>
          <w:p>
            <w:r>
              <w:t>Документ Word</w:t>
            </w:r>
          </w:p>
        </w:tc>
        <w:tc>
          <w:tcPr>
            <w:tcW w:type="dxa" w:w="2880"/>
          </w:tcPr>
          <w:p>
            <w:r>
              <w:t>docx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Таблица Excel</w:t>
            </w:r>
          </w:p>
        </w:tc>
        <w:tc>
          <w:tcPr>
            <w:tcW w:type="dxa" w:w="2880"/>
          </w:tcPr>
          <w:p>
            <w:r>
              <w:t>xlsx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Портативный документ</w:t>
            </w:r>
          </w:p>
        </w:tc>
        <w:tc>
          <w:tcPr>
            <w:tcW w:type="dxa" w:w="2880"/>
          </w:tcPr>
          <w:p>
            <w:r>
              <w:t>pdf</w:t>
            </w:r>
          </w:p>
        </w:tc>
        <w:tc>
          <w:tcPr>
            <w:tcW w:type="dxa" w:w="2880"/>
          </w:tcPr>
          <w:p>
            <w:r>
              <w:t>application/pdf</w:t>
            </w:r>
          </w:p>
        </w:tc>
      </w:tr>
      <w:tr>
        <w:tc>
          <w:tcPr>
            <w:tcW w:type="dxa" w:w="2880"/>
          </w:tcPr>
          <w:p>
            <w:r>
              <w:t>Простой текст</w:t>
            </w:r>
          </w:p>
        </w:tc>
        <w:tc>
          <w:tcPr>
            <w:tcW w:type="dxa" w:w="2880"/>
          </w:tcPr>
          <w:p>
            <w:r>
              <w:t>txt</w:t>
            </w:r>
          </w:p>
        </w:tc>
        <w:tc>
          <w:tcPr>
            <w:tcW w:type="dxa" w:w="2880"/>
          </w:tcPr>
          <w:p>
            <w:r>
              <w:t>text/plain</w:t>
            </w:r>
          </w:p>
        </w:tc>
      </w:tr>
    </w:tbl>
    <w:p>
      <w:r>
        <w:br w:type="page"/>
      </w:r>
    </w:p>
    <w:p>
      <w:pPr>
        <w:pStyle w:val="Heading1"/>
      </w:pPr>
      <w:r>
        <w:t>Тестовый документ 14</w:t>
      </w:r>
    </w:p>
    <w:p>
      <w:r>
        <w:t>Файл собран на сайте testovye-fayly.ru для проверки программ, которые читают, показывают и конвертируют документы.</w:t>
      </w:r>
    </w:p>
    <w:p>
      <w:r>
        <w:t>Текст здесь нужен только как содержимое: он написан для этого файла и ничего не значит. Кириллица, латиница, цифры 1234567890 и знаки № % — чтобы было видно, как программа справляется с кодировкой.</w:t>
      </w:r>
    </w:p>
    <w:p>
      <w:r>
        <w:t>Проверьте на этом файле: выделение и копирование текста, поиск по документу, печать, пересохранение в другой формат.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Формат</w:t>
            </w:r>
          </w:p>
        </w:tc>
        <w:tc>
          <w:tcPr>
            <w:tcW w:type="dxa" w:w="2880"/>
          </w:tcPr>
          <w:p>
            <w:r>
              <w:t>Расширение</w:t>
            </w:r>
          </w:p>
        </w:tc>
        <w:tc>
          <w:tcPr>
            <w:tcW w:type="dxa" w:w="2880"/>
          </w:tcPr>
          <w:p>
            <w:r>
              <w:t>Тип содержимого</w:t>
            </w:r>
          </w:p>
        </w:tc>
      </w:tr>
      <w:tr>
        <w:tc>
          <w:tcPr>
            <w:tcW w:type="dxa" w:w="2880"/>
          </w:tcPr>
          <w:p>
            <w:r>
              <w:t>Документ Word</w:t>
            </w:r>
          </w:p>
        </w:tc>
        <w:tc>
          <w:tcPr>
            <w:tcW w:type="dxa" w:w="2880"/>
          </w:tcPr>
          <w:p>
            <w:r>
              <w:t>docx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Таблица Excel</w:t>
            </w:r>
          </w:p>
        </w:tc>
        <w:tc>
          <w:tcPr>
            <w:tcW w:type="dxa" w:w="2880"/>
          </w:tcPr>
          <w:p>
            <w:r>
              <w:t>xlsx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Портативный документ</w:t>
            </w:r>
          </w:p>
        </w:tc>
        <w:tc>
          <w:tcPr>
            <w:tcW w:type="dxa" w:w="2880"/>
          </w:tcPr>
          <w:p>
            <w:r>
              <w:t>pdf</w:t>
            </w:r>
          </w:p>
        </w:tc>
        <w:tc>
          <w:tcPr>
            <w:tcW w:type="dxa" w:w="2880"/>
          </w:tcPr>
          <w:p>
            <w:r>
              <w:t>application/pdf</w:t>
            </w:r>
          </w:p>
        </w:tc>
      </w:tr>
      <w:tr>
        <w:tc>
          <w:tcPr>
            <w:tcW w:type="dxa" w:w="2880"/>
          </w:tcPr>
          <w:p>
            <w:r>
              <w:t>Простой текст</w:t>
            </w:r>
          </w:p>
        </w:tc>
        <w:tc>
          <w:tcPr>
            <w:tcW w:type="dxa" w:w="2880"/>
          </w:tcPr>
          <w:p>
            <w:r>
              <w:t>txt</w:t>
            </w:r>
          </w:p>
        </w:tc>
        <w:tc>
          <w:tcPr>
            <w:tcW w:type="dxa" w:w="2880"/>
          </w:tcPr>
          <w:p>
            <w:r>
              <w:t>text/plain</w:t>
            </w:r>
          </w:p>
        </w:tc>
      </w:tr>
    </w:tbl>
    <w:p>
      <w:r>
        <w:br w:type="page"/>
      </w:r>
    </w:p>
    <w:p>
      <w:pPr>
        <w:pStyle w:val="Heading1"/>
      </w:pPr>
      <w:r>
        <w:t>Тестовый документ 15</w:t>
      </w:r>
    </w:p>
    <w:p>
      <w:r>
        <w:t>Файл собран на сайте testovye-fayly.ru для проверки программ, которые читают, показывают и конвертируют документы.</w:t>
      </w:r>
    </w:p>
    <w:p>
      <w:r>
        <w:t>Текст здесь нужен только как содержимое: он написан для этого файла и ничего не значит. Кириллица, латиница, цифры 1234567890 и знаки № % — чтобы было видно, как программа справляется с кодировкой.</w:t>
      </w:r>
    </w:p>
    <w:p>
      <w:r>
        <w:t>Проверьте на этом файле: выделение и копирование текста, поиск по документу, печать, пересохранение в другой формат.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Формат</w:t>
            </w:r>
          </w:p>
        </w:tc>
        <w:tc>
          <w:tcPr>
            <w:tcW w:type="dxa" w:w="2880"/>
          </w:tcPr>
          <w:p>
            <w:r>
              <w:t>Расширение</w:t>
            </w:r>
          </w:p>
        </w:tc>
        <w:tc>
          <w:tcPr>
            <w:tcW w:type="dxa" w:w="2880"/>
          </w:tcPr>
          <w:p>
            <w:r>
              <w:t>Тип содержимого</w:t>
            </w:r>
          </w:p>
        </w:tc>
      </w:tr>
      <w:tr>
        <w:tc>
          <w:tcPr>
            <w:tcW w:type="dxa" w:w="2880"/>
          </w:tcPr>
          <w:p>
            <w:r>
              <w:t>Документ Word</w:t>
            </w:r>
          </w:p>
        </w:tc>
        <w:tc>
          <w:tcPr>
            <w:tcW w:type="dxa" w:w="2880"/>
          </w:tcPr>
          <w:p>
            <w:r>
              <w:t>docx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Таблица Excel</w:t>
            </w:r>
          </w:p>
        </w:tc>
        <w:tc>
          <w:tcPr>
            <w:tcW w:type="dxa" w:w="2880"/>
          </w:tcPr>
          <w:p>
            <w:r>
              <w:t>xlsx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Портативный документ</w:t>
            </w:r>
          </w:p>
        </w:tc>
        <w:tc>
          <w:tcPr>
            <w:tcW w:type="dxa" w:w="2880"/>
          </w:tcPr>
          <w:p>
            <w:r>
              <w:t>pdf</w:t>
            </w:r>
          </w:p>
        </w:tc>
        <w:tc>
          <w:tcPr>
            <w:tcW w:type="dxa" w:w="2880"/>
          </w:tcPr>
          <w:p>
            <w:r>
              <w:t>application/pdf</w:t>
            </w:r>
          </w:p>
        </w:tc>
      </w:tr>
      <w:tr>
        <w:tc>
          <w:tcPr>
            <w:tcW w:type="dxa" w:w="2880"/>
          </w:tcPr>
          <w:p>
            <w:r>
              <w:t>Простой текст</w:t>
            </w:r>
          </w:p>
        </w:tc>
        <w:tc>
          <w:tcPr>
            <w:tcW w:type="dxa" w:w="2880"/>
          </w:tcPr>
          <w:p>
            <w:r>
              <w:t>txt</w:t>
            </w:r>
          </w:p>
        </w:tc>
        <w:tc>
          <w:tcPr>
            <w:tcW w:type="dxa" w:w="2880"/>
          </w:tcPr>
          <w:p>
            <w:r>
              <w:t>text/plain</w:t>
            </w:r>
          </w:p>
        </w:tc>
      </w:tr>
    </w:tbl>
    <w:p>
      <w:r>
        <w:br w:type="page"/>
      </w:r>
    </w:p>
    <w:p>
      <w:pPr>
        <w:pStyle w:val="Heading1"/>
      </w:pPr>
      <w:r>
        <w:t>Тестовый документ 16</w:t>
      </w:r>
    </w:p>
    <w:p>
      <w:r>
        <w:t>Файл собран на сайте testovye-fayly.ru для проверки программ, которые читают, показывают и конвертируют документы.</w:t>
      </w:r>
    </w:p>
    <w:p>
      <w:r>
        <w:t>Текст здесь нужен только как содержимое: он написан для этого файла и ничего не значит. Кириллица, латиница, цифры 1234567890 и знаки № % — чтобы было видно, как программа справляется с кодировкой.</w:t>
      </w:r>
    </w:p>
    <w:p>
      <w:r>
        <w:t>Проверьте на этом файле: выделение и копирование текста, поиск по документу, печать, пересохранение в другой формат.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Формат</w:t>
            </w:r>
          </w:p>
        </w:tc>
        <w:tc>
          <w:tcPr>
            <w:tcW w:type="dxa" w:w="2880"/>
          </w:tcPr>
          <w:p>
            <w:r>
              <w:t>Расширение</w:t>
            </w:r>
          </w:p>
        </w:tc>
        <w:tc>
          <w:tcPr>
            <w:tcW w:type="dxa" w:w="2880"/>
          </w:tcPr>
          <w:p>
            <w:r>
              <w:t>Тип содержимого</w:t>
            </w:r>
          </w:p>
        </w:tc>
      </w:tr>
      <w:tr>
        <w:tc>
          <w:tcPr>
            <w:tcW w:type="dxa" w:w="2880"/>
          </w:tcPr>
          <w:p>
            <w:r>
              <w:t>Документ Word</w:t>
            </w:r>
          </w:p>
        </w:tc>
        <w:tc>
          <w:tcPr>
            <w:tcW w:type="dxa" w:w="2880"/>
          </w:tcPr>
          <w:p>
            <w:r>
              <w:t>docx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Таблица Excel</w:t>
            </w:r>
          </w:p>
        </w:tc>
        <w:tc>
          <w:tcPr>
            <w:tcW w:type="dxa" w:w="2880"/>
          </w:tcPr>
          <w:p>
            <w:r>
              <w:t>xlsx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Портативный документ</w:t>
            </w:r>
          </w:p>
        </w:tc>
        <w:tc>
          <w:tcPr>
            <w:tcW w:type="dxa" w:w="2880"/>
          </w:tcPr>
          <w:p>
            <w:r>
              <w:t>pdf</w:t>
            </w:r>
          </w:p>
        </w:tc>
        <w:tc>
          <w:tcPr>
            <w:tcW w:type="dxa" w:w="2880"/>
          </w:tcPr>
          <w:p>
            <w:r>
              <w:t>application/pdf</w:t>
            </w:r>
          </w:p>
        </w:tc>
      </w:tr>
      <w:tr>
        <w:tc>
          <w:tcPr>
            <w:tcW w:type="dxa" w:w="2880"/>
          </w:tcPr>
          <w:p>
            <w:r>
              <w:t>Простой текст</w:t>
            </w:r>
          </w:p>
        </w:tc>
        <w:tc>
          <w:tcPr>
            <w:tcW w:type="dxa" w:w="2880"/>
          </w:tcPr>
          <w:p>
            <w:r>
              <w:t>txt</w:t>
            </w:r>
          </w:p>
        </w:tc>
        <w:tc>
          <w:tcPr>
            <w:tcW w:type="dxa" w:w="2880"/>
          </w:tcPr>
          <w:p>
            <w:r>
              <w:t>text/plain</w:t>
            </w:r>
          </w:p>
        </w:tc>
      </w:tr>
    </w:tbl>
    <w:p>
      <w:r>
        <w:br w:type="page"/>
      </w:r>
    </w:p>
    <w:p>
      <w:pPr>
        <w:pStyle w:val="Heading1"/>
      </w:pPr>
      <w:r>
        <w:t>Тестовый документ 17</w:t>
      </w:r>
    </w:p>
    <w:p>
      <w:r>
        <w:t>Файл собран на сайте testovye-fayly.ru для проверки программ, которые читают, показывают и конвертируют документы.</w:t>
      </w:r>
    </w:p>
    <w:p>
      <w:r>
        <w:t>Текст здесь нужен только как содержимое: он написан для этого файла и ничего не значит. Кириллица, латиница, цифры 1234567890 и знаки № % — чтобы было видно, как программа справляется с кодировкой.</w:t>
      </w:r>
    </w:p>
    <w:p>
      <w:r>
        <w:t>Проверьте на этом файле: выделение и копирование текста, поиск по документу, печать, пересохранение в другой формат.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Формат</w:t>
            </w:r>
          </w:p>
        </w:tc>
        <w:tc>
          <w:tcPr>
            <w:tcW w:type="dxa" w:w="2880"/>
          </w:tcPr>
          <w:p>
            <w:r>
              <w:t>Расширение</w:t>
            </w:r>
          </w:p>
        </w:tc>
        <w:tc>
          <w:tcPr>
            <w:tcW w:type="dxa" w:w="2880"/>
          </w:tcPr>
          <w:p>
            <w:r>
              <w:t>Тип содержимого</w:t>
            </w:r>
          </w:p>
        </w:tc>
      </w:tr>
      <w:tr>
        <w:tc>
          <w:tcPr>
            <w:tcW w:type="dxa" w:w="2880"/>
          </w:tcPr>
          <w:p>
            <w:r>
              <w:t>Документ Word</w:t>
            </w:r>
          </w:p>
        </w:tc>
        <w:tc>
          <w:tcPr>
            <w:tcW w:type="dxa" w:w="2880"/>
          </w:tcPr>
          <w:p>
            <w:r>
              <w:t>docx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Таблица Excel</w:t>
            </w:r>
          </w:p>
        </w:tc>
        <w:tc>
          <w:tcPr>
            <w:tcW w:type="dxa" w:w="2880"/>
          </w:tcPr>
          <w:p>
            <w:r>
              <w:t>xlsx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Портативный документ</w:t>
            </w:r>
          </w:p>
        </w:tc>
        <w:tc>
          <w:tcPr>
            <w:tcW w:type="dxa" w:w="2880"/>
          </w:tcPr>
          <w:p>
            <w:r>
              <w:t>pdf</w:t>
            </w:r>
          </w:p>
        </w:tc>
        <w:tc>
          <w:tcPr>
            <w:tcW w:type="dxa" w:w="2880"/>
          </w:tcPr>
          <w:p>
            <w:r>
              <w:t>application/pdf</w:t>
            </w:r>
          </w:p>
        </w:tc>
      </w:tr>
      <w:tr>
        <w:tc>
          <w:tcPr>
            <w:tcW w:type="dxa" w:w="2880"/>
          </w:tcPr>
          <w:p>
            <w:r>
              <w:t>Простой текст</w:t>
            </w:r>
          </w:p>
        </w:tc>
        <w:tc>
          <w:tcPr>
            <w:tcW w:type="dxa" w:w="2880"/>
          </w:tcPr>
          <w:p>
            <w:r>
              <w:t>txt</w:t>
            </w:r>
          </w:p>
        </w:tc>
        <w:tc>
          <w:tcPr>
            <w:tcW w:type="dxa" w:w="2880"/>
          </w:tcPr>
          <w:p>
            <w:r>
              <w:t>text/plain</w:t>
            </w:r>
          </w:p>
        </w:tc>
      </w:tr>
    </w:tbl>
    <w:p>
      <w:r>
        <w:br w:type="page"/>
      </w:r>
    </w:p>
    <w:p>
      <w:pPr>
        <w:pStyle w:val="Heading1"/>
      </w:pPr>
      <w:r>
        <w:t>Тестовый документ 18</w:t>
      </w:r>
    </w:p>
    <w:p>
      <w:r>
        <w:t>Файл собран на сайте testovye-fayly.ru для проверки программ, которые читают, показывают и конвертируют документы.</w:t>
      </w:r>
    </w:p>
    <w:p>
      <w:r>
        <w:t>Текст здесь нужен только как содержимое: он написан для этого файла и ничего не значит. Кириллица, латиница, цифры 1234567890 и знаки № % — чтобы было видно, как программа справляется с кодировкой.</w:t>
      </w:r>
    </w:p>
    <w:p>
      <w:r>
        <w:t>Проверьте на этом файле: выделение и копирование текста, поиск по документу, печать, пересохранение в другой формат.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Формат</w:t>
            </w:r>
          </w:p>
        </w:tc>
        <w:tc>
          <w:tcPr>
            <w:tcW w:type="dxa" w:w="2880"/>
          </w:tcPr>
          <w:p>
            <w:r>
              <w:t>Расширение</w:t>
            </w:r>
          </w:p>
        </w:tc>
        <w:tc>
          <w:tcPr>
            <w:tcW w:type="dxa" w:w="2880"/>
          </w:tcPr>
          <w:p>
            <w:r>
              <w:t>Тип содержимого</w:t>
            </w:r>
          </w:p>
        </w:tc>
      </w:tr>
      <w:tr>
        <w:tc>
          <w:tcPr>
            <w:tcW w:type="dxa" w:w="2880"/>
          </w:tcPr>
          <w:p>
            <w:r>
              <w:t>Документ Word</w:t>
            </w:r>
          </w:p>
        </w:tc>
        <w:tc>
          <w:tcPr>
            <w:tcW w:type="dxa" w:w="2880"/>
          </w:tcPr>
          <w:p>
            <w:r>
              <w:t>docx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Таблица Excel</w:t>
            </w:r>
          </w:p>
        </w:tc>
        <w:tc>
          <w:tcPr>
            <w:tcW w:type="dxa" w:w="2880"/>
          </w:tcPr>
          <w:p>
            <w:r>
              <w:t>xlsx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Портативный документ</w:t>
            </w:r>
          </w:p>
        </w:tc>
        <w:tc>
          <w:tcPr>
            <w:tcW w:type="dxa" w:w="2880"/>
          </w:tcPr>
          <w:p>
            <w:r>
              <w:t>pdf</w:t>
            </w:r>
          </w:p>
        </w:tc>
        <w:tc>
          <w:tcPr>
            <w:tcW w:type="dxa" w:w="2880"/>
          </w:tcPr>
          <w:p>
            <w:r>
              <w:t>application/pdf</w:t>
            </w:r>
          </w:p>
        </w:tc>
      </w:tr>
      <w:tr>
        <w:tc>
          <w:tcPr>
            <w:tcW w:type="dxa" w:w="2880"/>
          </w:tcPr>
          <w:p>
            <w:r>
              <w:t>Простой текст</w:t>
            </w:r>
          </w:p>
        </w:tc>
        <w:tc>
          <w:tcPr>
            <w:tcW w:type="dxa" w:w="2880"/>
          </w:tcPr>
          <w:p>
            <w:r>
              <w:t>txt</w:t>
            </w:r>
          </w:p>
        </w:tc>
        <w:tc>
          <w:tcPr>
            <w:tcW w:type="dxa" w:w="2880"/>
          </w:tcPr>
          <w:p>
            <w:r>
              <w:t>text/plain</w:t>
            </w:r>
          </w:p>
        </w:tc>
      </w:tr>
    </w:tbl>
    <w:p>
      <w:r>
        <w:br w:type="page"/>
      </w:r>
    </w:p>
    <w:p>
      <w:pPr>
        <w:pStyle w:val="Heading1"/>
      </w:pPr>
      <w:r>
        <w:t>Тестовый документ 19</w:t>
      </w:r>
    </w:p>
    <w:p>
      <w:r>
        <w:t>Файл собран на сайте testovye-fayly.ru для проверки программ, которые читают, показывают и конвертируют документы.</w:t>
      </w:r>
    </w:p>
    <w:p>
      <w:r>
        <w:t>Текст здесь нужен только как содержимое: он написан для этого файла и ничего не значит. Кириллица, латиница, цифры 1234567890 и знаки № % — чтобы было видно, как программа справляется с кодировкой.</w:t>
      </w:r>
    </w:p>
    <w:p>
      <w:r>
        <w:t>Проверьте на этом файле: выделение и копирование текста, поиск по документу, печать, пересохранение в другой формат.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Формат</w:t>
            </w:r>
          </w:p>
        </w:tc>
        <w:tc>
          <w:tcPr>
            <w:tcW w:type="dxa" w:w="2880"/>
          </w:tcPr>
          <w:p>
            <w:r>
              <w:t>Расширение</w:t>
            </w:r>
          </w:p>
        </w:tc>
        <w:tc>
          <w:tcPr>
            <w:tcW w:type="dxa" w:w="2880"/>
          </w:tcPr>
          <w:p>
            <w:r>
              <w:t>Тип содержимого</w:t>
            </w:r>
          </w:p>
        </w:tc>
      </w:tr>
      <w:tr>
        <w:tc>
          <w:tcPr>
            <w:tcW w:type="dxa" w:w="2880"/>
          </w:tcPr>
          <w:p>
            <w:r>
              <w:t>Документ Word</w:t>
            </w:r>
          </w:p>
        </w:tc>
        <w:tc>
          <w:tcPr>
            <w:tcW w:type="dxa" w:w="2880"/>
          </w:tcPr>
          <w:p>
            <w:r>
              <w:t>docx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Таблица Excel</w:t>
            </w:r>
          </w:p>
        </w:tc>
        <w:tc>
          <w:tcPr>
            <w:tcW w:type="dxa" w:w="2880"/>
          </w:tcPr>
          <w:p>
            <w:r>
              <w:t>xlsx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Портативный документ</w:t>
            </w:r>
          </w:p>
        </w:tc>
        <w:tc>
          <w:tcPr>
            <w:tcW w:type="dxa" w:w="2880"/>
          </w:tcPr>
          <w:p>
            <w:r>
              <w:t>pdf</w:t>
            </w:r>
          </w:p>
        </w:tc>
        <w:tc>
          <w:tcPr>
            <w:tcW w:type="dxa" w:w="2880"/>
          </w:tcPr>
          <w:p>
            <w:r>
              <w:t>application/pdf</w:t>
            </w:r>
          </w:p>
        </w:tc>
      </w:tr>
      <w:tr>
        <w:tc>
          <w:tcPr>
            <w:tcW w:type="dxa" w:w="2880"/>
          </w:tcPr>
          <w:p>
            <w:r>
              <w:t>Простой текст</w:t>
            </w:r>
          </w:p>
        </w:tc>
        <w:tc>
          <w:tcPr>
            <w:tcW w:type="dxa" w:w="2880"/>
          </w:tcPr>
          <w:p>
            <w:r>
              <w:t>txt</w:t>
            </w:r>
          </w:p>
        </w:tc>
        <w:tc>
          <w:tcPr>
            <w:tcW w:type="dxa" w:w="2880"/>
          </w:tcPr>
          <w:p>
            <w:r>
              <w:t>text/plain</w:t>
            </w:r>
          </w:p>
        </w:tc>
      </w:tr>
    </w:tbl>
    <w:p>
      <w:r>
        <w:br w:type="page"/>
      </w:r>
    </w:p>
    <w:p>
      <w:pPr>
        <w:pStyle w:val="Heading1"/>
      </w:pPr>
      <w:r>
        <w:t>Тестовый документ 20</w:t>
      </w:r>
    </w:p>
    <w:p>
      <w:r>
        <w:t>Файл собран на сайте testovye-fayly.ru для проверки программ, которые читают, показывают и конвертируют документы.</w:t>
      </w:r>
    </w:p>
    <w:p>
      <w:r>
        <w:t>Текст здесь нужен только как содержимое: он написан для этого файла и ничего не значит. Кириллица, латиница, цифры 1234567890 и знаки № % — чтобы было видно, как программа справляется с кодировкой.</w:t>
      </w:r>
    </w:p>
    <w:p>
      <w:r>
        <w:t>Проверьте на этом файле: выделение и копирование текста, поиск по документу, печать, пересохранение в другой формат.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Формат</w:t>
            </w:r>
          </w:p>
        </w:tc>
        <w:tc>
          <w:tcPr>
            <w:tcW w:type="dxa" w:w="2880"/>
          </w:tcPr>
          <w:p>
            <w:r>
              <w:t>Расширение</w:t>
            </w:r>
          </w:p>
        </w:tc>
        <w:tc>
          <w:tcPr>
            <w:tcW w:type="dxa" w:w="2880"/>
          </w:tcPr>
          <w:p>
            <w:r>
              <w:t>Тип содержимого</w:t>
            </w:r>
          </w:p>
        </w:tc>
      </w:tr>
      <w:tr>
        <w:tc>
          <w:tcPr>
            <w:tcW w:type="dxa" w:w="2880"/>
          </w:tcPr>
          <w:p>
            <w:r>
              <w:t>Документ Word</w:t>
            </w:r>
          </w:p>
        </w:tc>
        <w:tc>
          <w:tcPr>
            <w:tcW w:type="dxa" w:w="2880"/>
          </w:tcPr>
          <w:p>
            <w:r>
              <w:t>docx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Таблица Excel</w:t>
            </w:r>
          </w:p>
        </w:tc>
        <w:tc>
          <w:tcPr>
            <w:tcW w:type="dxa" w:w="2880"/>
          </w:tcPr>
          <w:p>
            <w:r>
              <w:t>xlsx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Портативный документ</w:t>
            </w:r>
          </w:p>
        </w:tc>
        <w:tc>
          <w:tcPr>
            <w:tcW w:type="dxa" w:w="2880"/>
          </w:tcPr>
          <w:p>
            <w:r>
              <w:t>pdf</w:t>
            </w:r>
          </w:p>
        </w:tc>
        <w:tc>
          <w:tcPr>
            <w:tcW w:type="dxa" w:w="2880"/>
          </w:tcPr>
          <w:p>
            <w:r>
              <w:t>application/pdf</w:t>
            </w:r>
          </w:p>
        </w:tc>
      </w:tr>
      <w:tr>
        <w:tc>
          <w:tcPr>
            <w:tcW w:type="dxa" w:w="2880"/>
          </w:tcPr>
          <w:p>
            <w:r>
              <w:t>Простой текст</w:t>
            </w:r>
          </w:p>
        </w:tc>
        <w:tc>
          <w:tcPr>
            <w:tcW w:type="dxa" w:w="2880"/>
          </w:tcPr>
          <w:p>
            <w:r>
              <w:t>txt</w:t>
            </w:r>
          </w:p>
        </w:tc>
        <w:tc>
          <w:tcPr>
            <w:tcW w:type="dxa" w:w="2880"/>
          </w:tcPr>
          <w:p>
            <w:r>
              <w:t>text/plain</w:t>
            </w:r>
          </w:p>
        </w:tc>
      </w:tr>
    </w:tbl>
    <w:p>
      <w:r>
        <w:br w:type="page"/>
      </w:r>
    </w:p>
    <w:p>
      <w:pPr>
        <w:pStyle w:val="Heading1"/>
      </w:pPr>
      <w:r>
        <w:t>Тестовый документ 21</w:t>
      </w:r>
    </w:p>
    <w:p>
      <w:r>
        <w:t>Файл собран на сайте testovye-fayly.ru для проверки программ, которые читают, показывают и конвертируют документы.</w:t>
      </w:r>
    </w:p>
    <w:p>
      <w:r>
        <w:t>Текст здесь нужен только как содержимое: он написан для этого файла и ничего не значит. Кириллица, латиница, цифры 1234567890 и знаки № % — чтобы было видно, как программа справляется с кодировкой.</w:t>
      </w:r>
    </w:p>
    <w:p>
      <w:r>
        <w:t>Проверьте на этом файле: выделение и копирование текста, поиск по документу, печать, пересохранение в другой формат.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Формат</w:t>
            </w:r>
          </w:p>
        </w:tc>
        <w:tc>
          <w:tcPr>
            <w:tcW w:type="dxa" w:w="2880"/>
          </w:tcPr>
          <w:p>
            <w:r>
              <w:t>Расширение</w:t>
            </w:r>
          </w:p>
        </w:tc>
        <w:tc>
          <w:tcPr>
            <w:tcW w:type="dxa" w:w="2880"/>
          </w:tcPr>
          <w:p>
            <w:r>
              <w:t>Тип содержимого</w:t>
            </w:r>
          </w:p>
        </w:tc>
      </w:tr>
      <w:tr>
        <w:tc>
          <w:tcPr>
            <w:tcW w:type="dxa" w:w="2880"/>
          </w:tcPr>
          <w:p>
            <w:r>
              <w:t>Документ Word</w:t>
            </w:r>
          </w:p>
        </w:tc>
        <w:tc>
          <w:tcPr>
            <w:tcW w:type="dxa" w:w="2880"/>
          </w:tcPr>
          <w:p>
            <w:r>
              <w:t>docx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Таблица Excel</w:t>
            </w:r>
          </w:p>
        </w:tc>
        <w:tc>
          <w:tcPr>
            <w:tcW w:type="dxa" w:w="2880"/>
          </w:tcPr>
          <w:p>
            <w:r>
              <w:t>xlsx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Портативный документ</w:t>
            </w:r>
          </w:p>
        </w:tc>
        <w:tc>
          <w:tcPr>
            <w:tcW w:type="dxa" w:w="2880"/>
          </w:tcPr>
          <w:p>
            <w:r>
              <w:t>pdf</w:t>
            </w:r>
          </w:p>
        </w:tc>
        <w:tc>
          <w:tcPr>
            <w:tcW w:type="dxa" w:w="2880"/>
          </w:tcPr>
          <w:p>
            <w:r>
              <w:t>application/pdf</w:t>
            </w:r>
          </w:p>
        </w:tc>
      </w:tr>
      <w:tr>
        <w:tc>
          <w:tcPr>
            <w:tcW w:type="dxa" w:w="2880"/>
          </w:tcPr>
          <w:p>
            <w:r>
              <w:t>Простой текст</w:t>
            </w:r>
          </w:p>
        </w:tc>
        <w:tc>
          <w:tcPr>
            <w:tcW w:type="dxa" w:w="2880"/>
          </w:tcPr>
          <w:p>
            <w:r>
              <w:t>txt</w:t>
            </w:r>
          </w:p>
        </w:tc>
        <w:tc>
          <w:tcPr>
            <w:tcW w:type="dxa" w:w="2880"/>
          </w:tcPr>
          <w:p>
            <w:r>
              <w:t>text/plain</w:t>
            </w:r>
          </w:p>
        </w:tc>
      </w:tr>
    </w:tbl>
    <w:p>
      <w:r>
        <w:br w:type="page"/>
      </w:r>
    </w:p>
    <w:p>
      <w:pPr>
        <w:pStyle w:val="Heading1"/>
      </w:pPr>
      <w:r>
        <w:t>Тестовый документ 22</w:t>
      </w:r>
    </w:p>
    <w:p>
      <w:r>
        <w:t>Файл собран на сайте testovye-fayly.ru для проверки программ, которые читают, показывают и конвертируют документы.</w:t>
      </w:r>
    </w:p>
    <w:p>
      <w:r>
        <w:t>Текст здесь нужен только как содержимое: он написан для этого файла и ничего не значит. Кириллица, латиница, цифры 1234567890 и знаки № % — чтобы было видно, как программа справляется с кодировкой.</w:t>
      </w:r>
    </w:p>
    <w:p>
      <w:r>
        <w:t>Проверьте на этом файле: выделение и копирование текста, поиск по документу, печать, пересохранение в другой формат.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Формат</w:t>
            </w:r>
          </w:p>
        </w:tc>
        <w:tc>
          <w:tcPr>
            <w:tcW w:type="dxa" w:w="2880"/>
          </w:tcPr>
          <w:p>
            <w:r>
              <w:t>Расширение</w:t>
            </w:r>
          </w:p>
        </w:tc>
        <w:tc>
          <w:tcPr>
            <w:tcW w:type="dxa" w:w="2880"/>
          </w:tcPr>
          <w:p>
            <w:r>
              <w:t>Тип содержимого</w:t>
            </w:r>
          </w:p>
        </w:tc>
      </w:tr>
      <w:tr>
        <w:tc>
          <w:tcPr>
            <w:tcW w:type="dxa" w:w="2880"/>
          </w:tcPr>
          <w:p>
            <w:r>
              <w:t>Документ Word</w:t>
            </w:r>
          </w:p>
        </w:tc>
        <w:tc>
          <w:tcPr>
            <w:tcW w:type="dxa" w:w="2880"/>
          </w:tcPr>
          <w:p>
            <w:r>
              <w:t>docx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Таблица Excel</w:t>
            </w:r>
          </w:p>
        </w:tc>
        <w:tc>
          <w:tcPr>
            <w:tcW w:type="dxa" w:w="2880"/>
          </w:tcPr>
          <w:p>
            <w:r>
              <w:t>xlsx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Портативный документ</w:t>
            </w:r>
          </w:p>
        </w:tc>
        <w:tc>
          <w:tcPr>
            <w:tcW w:type="dxa" w:w="2880"/>
          </w:tcPr>
          <w:p>
            <w:r>
              <w:t>pdf</w:t>
            </w:r>
          </w:p>
        </w:tc>
        <w:tc>
          <w:tcPr>
            <w:tcW w:type="dxa" w:w="2880"/>
          </w:tcPr>
          <w:p>
            <w:r>
              <w:t>application/pdf</w:t>
            </w:r>
          </w:p>
        </w:tc>
      </w:tr>
      <w:tr>
        <w:tc>
          <w:tcPr>
            <w:tcW w:type="dxa" w:w="2880"/>
          </w:tcPr>
          <w:p>
            <w:r>
              <w:t>Простой текст</w:t>
            </w:r>
          </w:p>
        </w:tc>
        <w:tc>
          <w:tcPr>
            <w:tcW w:type="dxa" w:w="2880"/>
          </w:tcPr>
          <w:p>
            <w:r>
              <w:t>txt</w:t>
            </w:r>
          </w:p>
        </w:tc>
        <w:tc>
          <w:tcPr>
            <w:tcW w:type="dxa" w:w="2880"/>
          </w:tcPr>
          <w:p>
            <w:r>
              <w:t>text/plain</w:t>
            </w:r>
          </w:p>
        </w:tc>
      </w:tr>
    </w:tbl>
    <w:p>
      <w:r>
        <w:br w:type="page"/>
      </w:r>
    </w:p>
    <w:p>
      <w:pPr>
        <w:pStyle w:val="Heading1"/>
      </w:pPr>
      <w:r>
        <w:t>Тестовый документ 23</w:t>
      </w:r>
    </w:p>
    <w:p>
      <w:r>
        <w:t>Файл собран на сайте testovye-fayly.ru для проверки программ, которые читают, показывают и конвертируют документы.</w:t>
      </w:r>
    </w:p>
    <w:p>
      <w:r>
        <w:t>Текст здесь нужен только как содержимое: он написан для этого файла и ничего не значит. Кириллица, латиница, цифры 1234567890 и знаки № % — чтобы было видно, как программа справляется с кодировкой.</w:t>
      </w:r>
    </w:p>
    <w:p>
      <w:r>
        <w:t>Проверьте на этом файле: выделение и копирование текста, поиск по документу, печать, пересохранение в другой формат.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Формат</w:t>
            </w:r>
          </w:p>
        </w:tc>
        <w:tc>
          <w:tcPr>
            <w:tcW w:type="dxa" w:w="2880"/>
          </w:tcPr>
          <w:p>
            <w:r>
              <w:t>Расширение</w:t>
            </w:r>
          </w:p>
        </w:tc>
        <w:tc>
          <w:tcPr>
            <w:tcW w:type="dxa" w:w="2880"/>
          </w:tcPr>
          <w:p>
            <w:r>
              <w:t>Тип содержимого</w:t>
            </w:r>
          </w:p>
        </w:tc>
      </w:tr>
      <w:tr>
        <w:tc>
          <w:tcPr>
            <w:tcW w:type="dxa" w:w="2880"/>
          </w:tcPr>
          <w:p>
            <w:r>
              <w:t>Документ Word</w:t>
            </w:r>
          </w:p>
        </w:tc>
        <w:tc>
          <w:tcPr>
            <w:tcW w:type="dxa" w:w="2880"/>
          </w:tcPr>
          <w:p>
            <w:r>
              <w:t>docx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Таблица Excel</w:t>
            </w:r>
          </w:p>
        </w:tc>
        <w:tc>
          <w:tcPr>
            <w:tcW w:type="dxa" w:w="2880"/>
          </w:tcPr>
          <w:p>
            <w:r>
              <w:t>xlsx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Портативный документ</w:t>
            </w:r>
          </w:p>
        </w:tc>
        <w:tc>
          <w:tcPr>
            <w:tcW w:type="dxa" w:w="2880"/>
          </w:tcPr>
          <w:p>
            <w:r>
              <w:t>pdf</w:t>
            </w:r>
          </w:p>
        </w:tc>
        <w:tc>
          <w:tcPr>
            <w:tcW w:type="dxa" w:w="2880"/>
          </w:tcPr>
          <w:p>
            <w:r>
              <w:t>application/pdf</w:t>
            </w:r>
          </w:p>
        </w:tc>
      </w:tr>
      <w:tr>
        <w:tc>
          <w:tcPr>
            <w:tcW w:type="dxa" w:w="2880"/>
          </w:tcPr>
          <w:p>
            <w:r>
              <w:t>Простой текст</w:t>
            </w:r>
          </w:p>
        </w:tc>
        <w:tc>
          <w:tcPr>
            <w:tcW w:type="dxa" w:w="2880"/>
          </w:tcPr>
          <w:p>
            <w:r>
              <w:t>txt</w:t>
            </w:r>
          </w:p>
        </w:tc>
        <w:tc>
          <w:tcPr>
            <w:tcW w:type="dxa" w:w="2880"/>
          </w:tcPr>
          <w:p>
            <w:r>
              <w:t>text/plain</w:t>
            </w:r>
          </w:p>
        </w:tc>
      </w:tr>
    </w:tbl>
    <w:p>
      <w:r>
        <w:br w:type="page"/>
      </w:r>
    </w:p>
    <w:p>
      <w:pPr>
        <w:pStyle w:val="Heading1"/>
      </w:pPr>
      <w:r>
        <w:t>Тестовый документ 24</w:t>
      </w:r>
    </w:p>
    <w:p>
      <w:r>
        <w:t>Файл собран на сайте testovye-fayly.ru для проверки программ, которые читают, показывают и конвертируют документы.</w:t>
      </w:r>
    </w:p>
    <w:p>
      <w:r>
        <w:t>Текст здесь нужен только как содержимое: он написан для этого файла и ничего не значит. Кириллица, латиница, цифры 1234567890 и знаки № % — чтобы было видно, как программа справляется с кодировкой.</w:t>
      </w:r>
    </w:p>
    <w:p>
      <w:r>
        <w:t>Проверьте на этом файле: выделение и копирование текста, поиск по документу, печать, пересохранение в другой формат.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Формат</w:t>
            </w:r>
          </w:p>
        </w:tc>
        <w:tc>
          <w:tcPr>
            <w:tcW w:type="dxa" w:w="2880"/>
          </w:tcPr>
          <w:p>
            <w:r>
              <w:t>Расширение</w:t>
            </w:r>
          </w:p>
        </w:tc>
        <w:tc>
          <w:tcPr>
            <w:tcW w:type="dxa" w:w="2880"/>
          </w:tcPr>
          <w:p>
            <w:r>
              <w:t>Тип содержимого</w:t>
            </w:r>
          </w:p>
        </w:tc>
      </w:tr>
      <w:tr>
        <w:tc>
          <w:tcPr>
            <w:tcW w:type="dxa" w:w="2880"/>
          </w:tcPr>
          <w:p>
            <w:r>
              <w:t>Документ Word</w:t>
            </w:r>
          </w:p>
        </w:tc>
        <w:tc>
          <w:tcPr>
            <w:tcW w:type="dxa" w:w="2880"/>
          </w:tcPr>
          <w:p>
            <w:r>
              <w:t>docx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Таблица Excel</w:t>
            </w:r>
          </w:p>
        </w:tc>
        <w:tc>
          <w:tcPr>
            <w:tcW w:type="dxa" w:w="2880"/>
          </w:tcPr>
          <w:p>
            <w:r>
              <w:t>xlsx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Портативный документ</w:t>
            </w:r>
          </w:p>
        </w:tc>
        <w:tc>
          <w:tcPr>
            <w:tcW w:type="dxa" w:w="2880"/>
          </w:tcPr>
          <w:p>
            <w:r>
              <w:t>pdf</w:t>
            </w:r>
          </w:p>
        </w:tc>
        <w:tc>
          <w:tcPr>
            <w:tcW w:type="dxa" w:w="2880"/>
          </w:tcPr>
          <w:p>
            <w:r>
              <w:t>application/pdf</w:t>
            </w:r>
          </w:p>
        </w:tc>
      </w:tr>
      <w:tr>
        <w:tc>
          <w:tcPr>
            <w:tcW w:type="dxa" w:w="2880"/>
          </w:tcPr>
          <w:p>
            <w:r>
              <w:t>Простой текст</w:t>
            </w:r>
          </w:p>
        </w:tc>
        <w:tc>
          <w:tcPr>
            <w:tcW w:type="dxa" w:w="2880"/>
          </w:tcPr>
          <w:p>
            <w:r>
              <w:t>txt</w:t>
            </w:r>
          </w:p>
        </w:tc>
        <w:tc>
          <w:tcPr>
            <w:tcW w:type="dxa" w:w="2880"/>
          </w:tcPr>
          <w:p>
            <w:r>
              <w:t>text/plain</w:t>
            </w:r>
          </w:p>
        </w:tc>
      </w:tr>
    </w:tbl>
    <w:p>
      <w:r>
        <w:br w:type="page"/>
      </w:r>
    </w:p>
    <w:p>
      <w:pPr>
        <w:pStyle w:val="Heading1"/>
      </w:pPr>
      <w:r>
        <w:t>Тестовый документ 25</w:t>
      </w:r>
    </w:p>
    <w:p>
      <w:r>
        <w:t>Файл собран на сайте testovye-fayly.ru для проверки программ, которые читают, показывают и конвертируют документы.</w:t>
      </w:r>
    </w:p>
    <w:p>
      <w:r>
        <w:t>Текст здесь нужен только как содержимое: он написан для этого файла и ничего не значит. Кириллица, латиница, цифры 1234567890 и знаки № % — чтобы было видно, как программа справляется с кодировкой.</w:t>
      </w:r>
    </w:p>
    <w:p>
      <w:r>
        <w:t>Проверьте на этом файле: выделение и копирование текста, поиск по документу, печать, пересохранение в другой формат.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Формат</w:t>
            </w:r>
          </w:p>
        </w:tc>
        <w:tc>
          <w:tcPr>
            <w:tcW w:type="dxa" w:w="2880"/>
          </w:tcPr>
          <w:p>
            <w:r>
              <w:t>Расширение</w:t>
            </w:r>
          </w:p>
        </w:tc>
        <w:tc>
          <w:tcPr>
            <w:tcW w:type="dxa" w:w="2880"/>
          </w:tcPr>
          <w:p>
            <w:r>
              <w:t>Тип содержимого</w:t>
            </w:r>
          </w:p>
        </w:tc>
      </w:tr>
      <w:tr>
        <w:tc>
          <w:tcPr>
            <w:tcW w:type="dxa" w:w="2880"/>
          </w:tcPr>
          <w:p>
            <w:r>
              <w:t>Документ Word</w:t>
            </w:r>
          </w:p>
        </w:tc>
        <w:tc>
          <w:tcPr>
            <w:tcW w:type="dxa" w:w="2880"/>
          </w:tcPr>
          <w:p>
            <w:r>
              <w:t>docx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Таблица Excel</w:t>
            </w:r>
          </w:p>
        </w:tc>
        <w:tc>
          <w:tcPr>
            <w:tcW w:type="dxa" w:w="2880"/>
          </w:tcPr>
          <w:p>
            <w:r>
              <w:t>xlsx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Портативный документ</w:t>
            </w:r>
          </w:p>
        </w:tc>
        <w:tc>
          <w:tcPr>
            <w:tcW w:type="dxa" w:w="2880"/>
          </w:tcPr>
          <w:p>
            <w:r>
              <w:t>pdf</w:t>
            </w:r>
          </w:p>
        </w:tc>
        <w:tc>
          <w:tcPr>
            <w:tcW w:type="dxa" w:w="2880"/>
          </w:tcPr>
          <w:p>
            <w:r>
              <w:t>application/pdf</w:t>
            </w:r>
          </w:p>
        </w:tc>
      </w:tr>
      <w:tr>
        <w:tc>
          <w:tcPr>
            <w:tcW w:type="dxa" w:w="2880"/>
          </w:tcPr>
          <w:p>
            <w:r>
              <w:t>Простой текст</w:t>
            </w:r>
          </w:p>
        </w:tc>
        <w:tc>
          <w:tcPr>
            <w:tcW w:type="dxa" w:w="2880"/>
          </w:tcPr>
          <w:p>
            <w:r>
              <w:t>txt</w:t>
            </w:r>
          </w:p>
        </w:tc>
        <w:tc>
          <w:tcPr>
            <w:tcW w:type="dxa" w:w="2880"/>
          </w:tcPr>
          <w:p>
            <w:r>
              <w:t>text/plain</w:t>
            </w:r>
          </w:p>
        </w:tc>
      </w:tr>
    </w:tbl>
    <w:p>
      <w:r>
        <w:br w:type="page"/>
      </w:r>
    </w:p>
    <w:p>
      <w:pPr>
        <w:pStyle w:val="Heading1"/>
      </w:pPr>
      <w:r>
        <w:t>Тестовый документ 26</w:t>
      </w:r>
    </w:p>
    <w:p>
      <w:r>
        <w:t>Файл собран на сайте testovye-fayly.ru для проверки программ, которые читают, показывают и конвертируют документы.</w:t>
      </w:r>
    </w:p>
    <w:p>
      <w:r>
        <w:t>Текст здесь нужен только как содержимое: он написан для этого файла и ничего не значит. Кириллица, латиница, цифры 1234567890 и знаки № % — чтобы было видно, как программа справляется с кодировкой.</w:t>
      </w:r>
    </w:p>
    <w:p>
      <w:r>
        <w:t>Проверьте на этом файле: выделение и копирование текста, поиск по документу, печать, пересохранение в другой формат.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Формат</w:t>
            </w:r>
          </w:p>
        </w:tc>
        <w:tc>
          <w:tcPr>
            <w:tcW w:type="dxa" w:w="2880"/>
          </w:tcPr>
          <w:p>
            <w:r>
              <w:t>Расширение</w:t>
            </w:r>
          </w:p>
        </w:tc>
        <w:tc>
          <w:tcPr>
            <w:tcW w:type="dxa" w:w="2880"/>
          </w:tcPr>
          <w:p>
            <w:r>
              <w:t>Тип содержимого</w:t>
            </w:r>
          </w:p>
        </w:tc>
      </w:tr>
      <w:tr>
        <w:tc>
          <w:tcPr>
            <w:tcW w:type="dxa" w:w="2880"/>
          </w:tcPr>
          <w:p>
            <w:r>
              <w:t>Документ Word</w:t>
            </w:r>
          </w:p>
        </w:tc>
        <w:tc>
          <w:tcPr>
            <w:tcW w:type="dxa" w:w="2880"/>
          </w:tcPr>
          <w:p>
            <w:r>
              <w:t>docx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Таблица Excel</w:t>
            </w:r>
          </w:p>
        </w:tc>
        <w:tc>
          <w:tcPr>
            <w:tcW w:type="dxa" w:w="2880"/>
          </w:tcPr>
          <w:p>
            <w:r>
              <w:t>xlsx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Портативный документ</w:t>
            </w:r>
          </w:p>
        </w:tc>
        <w:tc>
          <w:tcPr>
            <w:tcW w:type="dxa" w:w="2880"/>
          </w:tcPr>
          <w:p>
            <w:r>
              <w:t>pdf</w:t>
            </w:r>
          </w:p>
        </w:tc>
        <w:tc>
          <w:tcPr>
            <w:tcW w:type="dxa" w:w="2880"/>
          </w:tcPr>
          <w:p>
            <w:r>
              <w:t>application/pdf</w:t>
            </w:r>
          </w:p>
        </w:tc>
      </w:tr>
      <w:tr>
        <w:tc>
          <w:tcPr>
            <w:tcW w:type="dxa" w:w="2880"/>
          </w:tcPr>
          <w:p>
            <w:r>
              <w:t>Простой текст</w:t>
            </w:r>
          </w:p>
        </w:tc>
        <w:tc>
          <w:tcPr>
            <w:tcW w:type="dxa" w:w="2880"/>
          </w:tcPr>
          <w:p>
            <w:r>
              <w:t>txt</w:t>
            </w:r>
          </w:p>
        </w:tc>
        <w:tc>
          <w:tcPr>
            <w:tcW w:type="dxa" w:w="2880"/>
          </w:tcPr>
          <w:p>
            <w:r>
              <w:t>text/plain</w:t>
            </w:r>
          </w:p>
        </w:tc>
      </w:tr>
    </w:tbl>
    <w:p>
      <w:r>
        <w:br w:type="page"/>
      </w:r>
    </w:p>
    <w:p>
      <w:pPr>
        <w:pStyle w:val="Heading1"/>
      </w:pPr>
      <w:r>
        <w:t>Тестовый документ 27</w:t>
      </w:r>
    </w:p>
    <w:p>
      <w:r>
        <w:t>Файл собран на сайте testovye-fayly.ru для проверки программ, которые читают, показывают и конвертируют документы.</w:t>
      </w:r>
    </w:p>
    <w:p>
      <w:r>
        <w:t>Текст здесь нужен только как содержимое: он написан для этого файла и ничего не значит. Кириллица, латиница, цифры 1234567890 и знаки № % — чтобы было видно, как программа справляется с кодировкой.</w:t>
      </w:r>
    </w:p>
    <w:p>
      <w:r>
        <w:t>Проверьте на этом файле: выделение и копирование текста, поиск по документу, печать, пересохранение в другой формат.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Формат</w:t>
            </w:r>
          </w:p>
        </w:tc>
        <w:tc>
          <w:tcPr>
            <w:tcW w:type="dxa" w:w="2880"/>
          </w:tcPr>
          <w:p>
            <w:r>
              <w:t>Расширение</w:t>
            </w:r>
          </w:p>
        </w:tc>
        <w:tc>
          <w:tcPr>
            <w:tcW w:type="dxa" w:w="2880"/>
          </w:tcPr>
          <w:p>
            <w:r>
              <w:t>Тип содержимого</w:t>
            </w:r>
          </w:p>
        </w:tc>
      </w:tr>
      <w:tr>
        <w:tc>
          <w:tcPr>
            <w:tcW w:type="dxa" w:w="2880"/>
          </w:tcPr>
          <w:p>
            <w:r>
              <w:t>Документ Word</w:t>
            </w:r>
          </w:p>
        </w:tc>
        <w:tc>
          <w:tcPr>
            <w:tcW w:type="dxa" w:w="2880"/>
          </w:tcPr>
          <w:p>
            <w:r>
              <w:t>docx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Таблица Excel</w:t>
            </w:r>
          </w:p>
        </w:tc>
        <w:tc>
          <w:tcPr>
            <w:tcW w:type="dxa" w:w="2880"/>
          </w:tcPr>
          <w:p>
            <w:r>
              <w:t>xlsx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Портативный документ</w:t>
            </w:r>
          </w:p>
        </w:tc>
        <w:tc>
          <w:tcPr>
            <w:tcW w:type="dxa" w:w="2880"/>
          </w:tcPr>
          <w:p>
            <w:r>
              <w:t>pdf</w:t>
            </w:r>
          </w:p>
        </w:tc>
        <w:tc>
          <w:tcPr>
            <w:tcW w:type="dxa" w:w="2880"/>
          </w:tcPr>
          <w:p>
            <w:r>
              <w:t>application/pdf</w:t>
            </w:r>
          </w:p>
        </w:tc>
      </w:tr>
      <w:tr>
        <w:tc>
          <w:tcPr>
            <w:tcW w:type="dxa" w:w="2880"/>
          </w:tcPr>
          <w:p>
            <w:r>
              <w:t>Простой текст</w:t>
            </w:r>
          </w:p>
        </w:tc>
        <w:tc>
          <w:tcPr>
            <w:tcW w:type="dxa" w:w="2880"/>
          </w:tcPr>
          <w:p>
            <w:r>
              <w:t>txt</w:t>
            </w:r>
          </w:p>
        </w:tc>
        <w:tc>
          <w:tcPr>
            <w:tcW w:type="dxa" w:w="2880"/>
          </w:tcPr>
          <w:p>
            <w:r>
              <w:t>text/plain</w:t>
            </w:r>
          </w:p>
        </w:tc>
      </w:tr>
    </w:tbl>
    <w:p>
      <w:r>
        <w:br w:type="page"/>
      </w:r>
    </w:p>
    <w:p>
      <w:pPr>
        <w:pStyle w:val="Heading1"/>
      </w:pPr>
      <w:r>
        <w:t>Тестовый документ 28</w:t>
      </w:r>
    </w:p>
    <w:p>
      <w:r>
        <w:t>Файл собран на сайте testovye-fayly.ru для проверки программ, которые читают, показывают и конвертируют документы.</w:t>
      </w:r>
    </w:p>
    <w:p>
      <w:r>
        <w:t>Текст здесь нужен только как содержимое: он написан для этого файла и ничего не значит. Кириллица, латиница, цифры 1234567890 и знаки № % — чтобы было видно, как программа справляется с кодировкой.</w:t>
      </w:r>
    </w:p>
    <w:p>
      <w:r>
        <w:t>Проверьте на этом файле: выделение и копирование текста, поиск по документу, печать, пересохранение в другой формат.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Формат</w:t>
            </w:r>
          </w:p>
        </w:tc>
        <w:tc>
          <w:tcPr>
            <w:tcW w:type="dxa" w:w="2880"/>
          </w:tcPr>
          <w:p>
            <w:r>
              <w:t>Расширение</w:t>
            </w:r>
          </w:p>
        </w:tc>
        <w:tc>
          <w:tcPr>
            <w:tcW w:type="dxa" w:w="2880"/>
          </w:tcPr>
          <w:p>
            <w:r>
              <w:t>Тип содержимого</w:t>
            </w:r>
          </w:p>
        </w:tc>
      </w:tr>
      <w:tr>
        <w:tc>
          <w:tcPr>
            <w:tcW w:type="dxa" w:w="2880"/>
          </w:tcPr>
          <w:p>
            <w:r>
              <w:t>Документ Word</w:t>
            </w:r>
          </w:p>
        </w:tc>
        <w:tc>
          <w:tcPr>
            <w:tcW w:type="dxa" w:w="2880"/>
          </w:tcPr>
          <w:p>
            <w:r>
              <w:t>docx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Таблица Excel</w:t>
            </w:r>
          </w:p>
        </w:tc>
        <w:tc>
          <w:tcPr>
            <w:tcW w:type="dxa" w:w="2880"/>
          </w:tcPr>
          <w:p>
            <w:r>
              <w:t>xlsx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Портативный документ</w:t>
            </w:r>
          </w:p>
        </w:tc>
        <w:tc>
          <w:tcPr>
            <w:tcW w:type="dxa" w:w="2880"/>
          </w:tcPr>
          <w:p>
            <w:r>
              <w:t>pdf</w:t>
            </w:r>
          </w:p>
        </w:tc>
        <w:tc>
          <w:tcPr>
            <w:tcW w:type="dxa" w:w="2880"/>
          </w:tcPr>
          <w:p>
            <w:r>
              <w:t>application/pdf</w:t>
            </w:r>
          </w:p>
        </w:tc>
      </w:tr>
      <w:tr>
        <w:tc>
          <w:tcPr>
            <w:tcW w:type="dxa" w:w="2880"/>
          </w:tcPr>
          <w:p>
            <w:r>
              <w:t>Простой текст</w:t>
            </w:r>
          </w:p>
        </w:tc>
        <w:tc>
          <w:tcPr>
            <w:tcW w:type="dxa" w:w="2880"/>
          </w:tcPr>
          <w:p>
            <w:r>
              <w:t>txt</w:t>
            </w:r>
          </w:p>
        </w:tc>
        <w:tc>
          <w:tcPr>
            <w:tcW w:type="dxa" w:w="2880"/>
          </w:tcPr>
          <w:p>
            <w:r>
              <w:t>text/plain</w:t>
            </w:r>
          </w:p>
        </w:tc>
      </w:tr>
    </w:tbl>
    <w:p>
      <w:r>
        <w:br w:type="page"/>
      </w:r>
    </w:p>
    <w:p>
      <w:pPr>
        <w:pStyle w:val="Heading1"/>
      </w:pPr>
      <w:r>
        <w:t>Тестовый документ 29</w:t>
      </w:r>
    </w:p>
    <w:p>
      <w:r>
        <w:t>Файл собран на сайте testovye-fayly.ru для проверки программ, которые читают, показывают и конвертируют документы.</w:t>
      </w:r>
    </w:p>
    <w:p>
      <w:r>
        <w:t>Текст здесь нужен только как содержимое: он написан для этого файла и ничего не значит. Кириллица, латиница, цифры 1234567890 и знаки № % — чтобы было видно, как программа справляется с кодировкой.</w:t>
      </w:r>
    </w:p>
    <w:p>
      <w:r>
        <w:t>Проверьте на этом файле: выделение и копирование текста, поиск по документу, печать, пересохранение в другой формат.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Формат</w:t>
            </w:r>
          </w:p>
        </w:tc>
        <w:tc>
          <w:tcPr>
            <w:tcW w:type="dxa" w:w="2880"/>
          </w:tcPr>
          <w:p>
            <w:r>
              <w:t>Расширение</w:t>
            </w:r>
          </w:p>
        </w:tc>
        <w:tc>
          <w:tcPr>
            <w:tcW w:type="dxa" w:w="2880"/>
          </w:tcPr>
          <w:p>
            <w:r>
              <w:t>Тип содержимого</w:t>
            </w:r>
          </w:p>
        </w:tc>
      </w:tr>
      <w:tr>
        <w:tc>
          <w:tcPr>
            <w:tcW w:type="dxa" w:w="2880"/>
          </w:tcPr>
          <w:p>
            <w:r>
              <w:t>Документ Word</w:t>
            </w:r>
          </w:p>
        </w:tc>
        <w:tc>
          <w:tcPr>
            <w:tcW w:type="dxa" w:w="2880"/>
          </w:tcPr>
          <w:p>
            <w:r>
              <w:t>docx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Таблица Excel</w:t>
            </w:r>
          </w:p>
        </w:tc>
        <w:tc>
          <w:tcPr>
            <w:tcW w:type="dxa" w:w="2880"/>
          </w:tcPr>
          <w:p>
            <w:r>
              <w:t>xlsx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Портативный документ</w:t>
            </w:r>
          </w:p>
        </w:tc>
        <w:tc>
          <w:tcPr>
            <w:tcW w:type="dxa" w:w="2880"/>
          </w:tcPr>
          <w:p>
            <w:r>
              <w:t>pdf</w:t>
            </w:r>
          </w:p>
        </w:tc>
        <w:tc>
          <w:tcPr>
            <w:tcW w:type="dxa" w:w="2880"/>
          </w:tcPr>
          <w:p>
            <w:r>
              <w:t>application/pdf</w:t>
            </w:r>
          </w:p>
        </w:tc>
      </w:tr>
      <w:tr>
        <w:tc>
          <w:tcPr>
            <w:tcW w:type="dxa" w:w="2880"/>
          </w:tcPr>
          <w:p>
            <w:r>
              <w:t>Простой текст</w:t>
            </w:r>
          </w:p>
        </w:tc>
        <w:tc>
          <w:tcPr>
            <w:tcW w:type="dxa" w:w="2880"/>
          </w:tcPr>
          <w:p>
            <w:r>
              <w:t>txt</w:t>
            </w:r>
          </w:p>
        </w:tc>
        <w:tc>
          <w:tcPr>
            <w:tcW w:type="dxa" w:w="2880"/>
          </w:tcPr>
          <w:p>
            <w:r>
              <w:t>text/plain</w:t>
            </w:r>
          </w:p>
        </w:tc>
      </w:tr>
    </w:tbl>
    <w:p>
      <w:r>
        <w:br w:type="page"/>
      </w:r>
    </w:p>
    <w:p>
      <w:pPr>
        <w:pStyle w:val="Heading1"/>
      </w:pPr>
      <w:r>
        <w:t>Тестовый документ 30</w:t>
      </w:r>
    </w:p>
    <w:p>
      <w:r>
        <w:t>Файл собран на сайте testovye-fayly.ru для проверки программ, которые читают, показывают и конвертируют документы.</w:t>
      </w:r>
    </w:p>
    <w:p>
      <w:r>
        <w:t>Текст здесь нужен только как содержимое: он написан для этого файла и ничего не значит. Кириллица, латиница, цифры 1234567890 и знаки № % — чтобы было видно, как программа справляется с кодировкой.</w:t>
      </w:r>
    </w:p>
    <w:p>
      <w:r>
        <w:t>Проверьте на этом файле: выделение и копирование текста, поиск по документу, печать, пересохранение в другой формат.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Формат</w:t>
            </w:r>
          </w:p>
        </w:tc>
        <w:tc>
          <w:tcPr>
            <w:tcW w:type="dxa" w:w="2880"/>
          </w:tcPr>
          <w:p>
            <w:r>
              <w:t>Расширение</w:t>
            </w:r>
          </w:p>
        </w:tc>
        <w:tc>
          <w:tcPr>
            <w:tcW w:type="dxa" w:w="2880"/>
          </w:tcPr>
          <w:p>
            <w:r>
              <w:t>Тип содержимого</w:t>
            </w:r>
          </w:p>
        </w:tc>
      </w:tr>
      <w:tr>
        <w:tc>
          <w:tcPr>
            <w:tcW w:type="dxa" w:w="2880"/>
          </w:tcPr>
          <w:p>
            <w:r>
              <w:t>Документ Word</w:t>
            </w:r>
          </w:p>
        </w:tc>
        <w:tc>
          <w:tcPr>
            <w:tcW w:type="dxa" w:w="2880"/>
          </w:tcPr>
          <w:p>
            <w:r>
              <w:t>docx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Таблица Excel</w:t>
            </w:r>
          </w:p>
        </w:tc>
        <w:tc>
          <w:tcPr>
            <w:tcW w:type="dxa" w:w="2880"/>
          </w:tcPr>
          <w:p>
            <w:r>
              <w:t>xlsx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Портативный документ</w:t>
            </w:r>
          </w:p>
        </w:tc>
        <w:tc>
          <w:tcPr>
            <w:tcW w:type="dxa" w:w="2880"/>
          </w:tcPr>
          <w:p>
            <w:r>
              <w:t>pdf</w:t>
            </w:r>
          </w:p>
        </w:tc>
        <w:tc>
          <w:tcPr>
            <w:tcW w:type="dxa" w:w="2880"/>
          </w:tcPr>
          <w:p>
            <w:r>
              <w:t>application/pdf</w:t>
            </w:r>
          </w:p>
        </w:tc>
      </w:tr>
      <w:tr>
        <w:tc>
          <w:tcPr>
            <w:tcW w:type="dxa" w:w="2880"/>
          </w:tcPr>
          <w:p>
            <w:r>
              <w:t>Простой текст</w:t>
            </w:r>
          </w:p>
        </w:tc>
        <w:tc>
          <w:tcPr>
            <w:tcW w:type="dxa" w:w="2880"/>
          </w:tcPr>
          <w:p>
            <w:r>
              <w:t>txt</w:t>
            </w:r>
          </w:p>
        </w:tc>
        <w:tc>
          <w:tcPr>
            <w:tcW w:type="dxa" w:w="2880"/>
          </w:tcPr>
          <w:p>
            <w:r>
              <w:t>text/plain</w:t>
            </w:r>
          </w:p>
        </w:tc>
      </w:tr>
    </w:tbl>
    <w:p>
      <w:r>
        <w:br w:type="page"/>
      </w:r>
    </w:p>
    <w:p>
      <w:pPr>
        <w:pStyle w:val="Heading1"/>
      </w:pPr>
      <w:r>
        <w:t>Тестовый документ 31</w:t>
      </w:r>
    </w:p>
    <w:p>
      <w:r>
        <w:t>Файл собран на сайте testovye-fayly.ru для проверки программ, которые читают, показывают и конвертируют документы.</w:t>
      </w:r>
    </w:p>
    <w:p>
      <w:r>
        <w:t>Текст здесь нужен только как содержимое: он написан для этого файла и ничего не значит. Кириллица, латиница, цифры 1234567890 и знаки № % — чтобы было видно, как программа справляется с кодировкой.</w:t>
      </w:r>
    </w:p>
    <w:p>
      <w:r>
        <w:t>Проверьте на этом файле: выделение и копирование текста, поиск по документу, печать, пересохранение в другой формат.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Формат</w:t>
            </w:r>
          </w:p>
        </w:tc>
        <w:tc>
          <w:tcPr>
            <w:tcW w:type="dxa" w:w="2880"/>
          </w:tcPr>
          <w:p>
            <w:r>
              <w:t>Расширение</w:t>
            </w:r>
          </w:p>
        </w:tc>
        <w:tc>
          <w:tcPr>
            <w:tcW w:type="dxa" w:w="2880"/>
          </w:tcPr>
          <w:p>
            <w:r>
              <w:t>Тип содержимого</w:t>
            </w:r>
          </w:p>
        </w:tc>
      </w:tr>
      <w:tr>
        <w:tc>
          <w:tcPr>
            <w:tcW w:type="dxa" w:w="2880"/>
          </w:tcPr>
          <w:p>
            <w:r>
              <w:t>Документ Word</w:t>
            </w:r>
          </w:p>
        </w:tc>
        <w:tc>
          <w:tcPr>
            <w:tcW w:type="dxa" w:w="2880"/>
          </w:tcPr>
          <w:p>
            <w:r>
              <w:t>docx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Таблица Excel</w:t>
            </w:r>
          </w:p>
        </w:tc>
        <w:tc>
          <w:tcPr>
            <w:tcW w:type="dxa" w:w="2880"/>
          </w:tcPr>
          <w:p>
            <w:r>
              <w:t>xlsx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Портативный документ</w:t>
            </w:r>
          </w:p>
        </w:tc>
        <w:tc>
          <w:tcPr>
            <w:tcW w:type="dxa" w:w="2880"/>
          </w:tcPr>
          <w:p>
            <w:r>
              <w:t>pdf</w:t>
            </w:r>
          </w:p>
        </w:tc>
        <w:tc>
          <w:tcPr>
            <w:tcW w:type="dxa" w:w="2880"/>
          </w:tcPr>
          <w:p>
            <w:r>
              <w:t>application/pdf</w:t>
            </w:r>
          </w:p>
        </w:tc>
      </w:tr>
      <w:tr>
        <w:tc>
          <w:tcPr>
            <w:tcW w:type="dxa" w:w="2880"/>
          </w:tcPr>
          <w:p>
            <w:r>
              <w:t>Простой текст</w:t>
            </w:r>
          </w:p>
        </w:tc>
        <w:tc>
          <w:tcPr>
            <w:tcW w:type="dxa" w:w="2880"/>
          </w:tcPr>
          <w:p>
            <w:r>
              <w:t>txt</w:t>
            </w:r>
          </w:p>
        </w:tc>
        <w:tc>
          <w:tcPr>
            <w:tcW w:type="dxa" w:w="2880"/>
          </w:tcPr>
          <w:p>
            <w:r>
              <w:t>text/plain</w:t>
            </w:r>
          </w:p>
        </w:tc>
      </w:tr>
    </w:tbl>
    <w:p>
      <w:r>
        <w:br w:type="page"/>
      </w:r>
    </w:p>
    <w:p>
      <w:pPr>
        <w:pStyle w:val="Heading1"/>
      </w:pPr>
      <w:r>
        <w:t>Тестовый документ 32</w:t>
      </w:r>
    </w:p>
    <w:p>
      <w:r>
        <w:t>Файл собран на сайте testovye-fayly.ru для проверки программ, которые читают, показывают и конвертируют документы.</w:t>
      </w:r>
    </w:p>
    <w:p>
      <w:r>
        <w:t>Текст здесь нужен только как содержимое: он написан для этого файла и ничего не значит. Кириллица, латиница, цифры 1234567890 и знаки № % — чтобы было видно, как программа справляется с кодировкой.</w:t>
      </w:r>
    </w:p>
    <w:p>
      <w:r>
        <w:t>Проверьте на этом файле: выделение и копирование текста, поиск по документу, печать, пересохранение в другой формат.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Формат</w:t>
            </w:r>
          </w:p>
        </w:tc>
        <w:tc>
          <w:tcPr>
            <w:tcW w:type="dxa" w:w="2880"/>
          </w:tcPr>
          <w:p>
            <w:r>
              <w:t>Расширение</w:t>
            </w:r>
          </w:p>
        </w:tc>
        <w:tc>
          <w:tcPr>
            <w:tcW w:type="dxa" w:w="2880"/>
          </w:tcPr>
          <w:p>
            <w:r>
              <w:t>Тип содержимого</w:t>
            </w:r>
          </w:p>
        </w:tc>
      </w:tr>
      <w:tr>
        <w:tc>
          <w:tcPr>
            <w:tcW w:type="dxa" w:w="2880"/>
          </w:tcPr>
          <w:p>
            <w:r>
              <w:t>Документ Word</w:t>
            </w:r>
          </w:p>
        </w:tc>
        <w:tc>
          <w:tcPr>
            <w:tcW w:type="dxa" w:w="2880"/>
          </w:tcPr>
          <w:p>
            <w:r>
              <w:t>docx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Таблица Excel</w:t>
            </w:r>
          </w:p>
        </w:tc>
        <w:tc>
          <w:tcPr>
            <w:tcW w:type="dxa" w:w="2880"/>
          </w:tcPr>
          <w:p>
            <w:r>
              <w:t>xlsx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Портативный документ</w:t>
            </w:r>
          </w:p>
        </w:tc>
        <w:tc>
          <w:tcPr>
            <w:tcW w:type="dxa" w:w="2880"/>
          </w:tcPr>
          <w:p>
            <w:r>
              <w:t>pdf</w:t>
            </w:r>
          </w:p>
        </w:tc>
        <w:tc>
          <w:tcPr>
            <w:tcW w:type="dxa" w:w="2880"/>
          </w:tcPr>
          <w:p>
            <w:r>
              <w:t>application/pdf</w:t>
            </w:r>
          </w:p>
        </w:tc>
      </w:tr>
      <w:tr>
        <w:tc>
          <w:tcPr>
            <w:tcW w:type="dxa" w:w="2880"/>
          </w:tcPr>
          <w:p>
            <w:r>
              <w:t>Простой текст</w:t>
            </w:r>
          </w:p>
        </w:tc>
        <w:tc>
          <w:tcPr>
            <w:tcW w:type="dxa" w:w="2880"/>
          </w:tcPr>
          <w:p>
            <w:r>
              <w:t>txt</w:t>
            </w:r>
          </w:p>
        </w:tc>
        <w:tc>
          <w:tcPr>
            <w:tcW w:type="dxa" w:w="2880"/>
          </w:tcPr>
          <w:p>
            <w:r>
              <w:t>text/plain</w:t>
            </w:r>
          </w:p>
        </w:tc>
      </w:tr>
    </w:tbl>
    <w:p>
      <w:r>
        <w:br w:type="page"/>
      </w:r>
    </w:p>
    <w:p>
      <w:pPr>
        <w:pStyle w:val="Heading1"/>
      </w:pPr>
      <w:r>
        <w:t>Тестовый документ 33</w:t>
      </w:r>
    </w:p>
    <w:p>
      <w:r>
        <w:t>Файл собран на сайте testovye-fayly.ru для проверки программ, которые читают, показывают и конвертируют документы.</w:t>
      </w:r>
    </w:p>
    <w:p>
      <w:r>
        <w:t>Текст здесь нужен только как содержимое: он написан для этого файла и ничего не значит. Кириллица, латиница, цифры 1234567890 и знаки № % — чтобы было видно, как программа справляется с кодировкой.</w:t>
      </w:r>
    </w:p>
    <w:p>
      <w:r>
        <w:t>Проверьте на этом файле: выделение и копирование текста, поиск по документу, печать, пересохранение в другой формат.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Формат</w:t>
            </w:r>
          </w:p>
        </w:tc>
        <w:tc>
          <w:tcPr>
            <w:tcW w:type="dxa" w:w="2880"/>
          </w:tcPr>
          <w:p>
            <w:r>
              <w:t>Расширение</w:t>
            </w:r>
          </w:p>
        </w:tc>
        <w:tc>
          <w:tcPr>
            <w:tcW w:type="dxa" w:w="2880"/>
          </w:tcPr>
          <w:p>
            <w:r>
              <w:t>Тип содержимого</w:t>
            </w:r>
          </w:p>
        </w:tc>
      </w:tr>
      <w:tr>
        <w:tc>
          <w:tcPr>
            <w:tcW w:type="dxa" w:w="2880"/>
          </w:tcPr>
          <w:p>
            <w:r>
              <w:t>Документ Word</w:t>
            </w:r>
          </w:p>
        </w:tc>
        <w:tc>
          <w:tcPr>
            <w:tcW w:type="dxa" w:w="2880"/>
          </w:tcPr>
          <w:p>
            <w:r>
              <w:t>docx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Таблица Excel</w:t>
            </w:r>
          </w:p>
        </w:tc>
        <w:tc>
          <w:tcPr>
            <w:tcW w:type="dxa" w:w="2880"/>
          </w:tcPr>
          <w:p>
            <w:r>
              <w:t>xlsx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Портативный документ</w:t>
            </w:r>
          </w:p>
        </w:tc>
        <w:tc>
          <w:tcPr>
            <w:tcW w:type="dxa" w:w="2880"/>
          </w:tcPr>
          <w:p>
            <w:r>
              <w:t>pdf</w:t>
            </w:r>
          </w:p>
        </w:tc>
        <w:tc>
          <w:tcPr>
            <w:tcW w:type="dxa" w:w="2880"/>
          </w:tcPr>
          <w:p>
            <w:r>
              <w:t>application/pdf</w:t>
            </w:r>
          </w:p>
        </w:tc>
      </w:tr>
      <w:tr>
        <w:tc>
          <w:tcPr>
            <w:tcW w:type="dxa" w:w="2880"/>
          </w:tcPr>
          <w:p>
            <w:r>
              <w:t>Простой текст</w:t>
            </w:r>
          </w:p>
        </w:tc>
        <w:tc>
          <w:tcPr>
            <w:tcW w:type="dxa" w:w="2880"/>
          </w:tcPr>
          <w:p>
            <w:r>
              <w:t>txt</w:t>
            </w:r>
          </w:p>
        </w:tc>
        <w:tc>
          <w:tcPr>
            <w:tcW w:type="dxa" w:w="2880"/>
          </w:tcPr>
          <w:p>
            <w:r>
              <w:t>text/plain</w:t>
            </w:r>
          </w:p>
        </w:tc>
      </w:tr>
    </w:tbl>
    <w:p>
      <w:r>
        <w:br w:type="page"/>
      </w:r>
    </w:p>
    <w:p>
      <w:pPr>
        <w:pStyle w:val="Heading1"/>
      </w:pPr>
      <w:r>
        <w:t>Тестовый документ 34</w:t>
      </w:r>
    </w:p>
    <w:p>
      <w:r>
        <w:t>Файл собран на сайте testovye-fayly.ru для проверки программ, которые читают, показывают и конвертируют документы.</w:t>
      </w:r>
    </w:p>
    <w:p>
      <w:r>
        <w:t>Текст здесь нужен только как содержимое: он написан для этого файла и ничего не значит. Кириллица, латиница, цифры 1234567890 и знаки № % — чтобы было видно, как программа справляется с кодировкой.</w:t>
      </w:r>
    </w:p>
    <w:p>
      <w:r>
        <w:t>Проверьте на этом файле: выделение и копирование текста, поиск по документу, печать, пересохранение в другой формат.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Формат</w:t>
            </w:r>
          </w:p>
        </w:tc>
        <w:tc>
          <w:tcPr>
            <w:tcW w:type="dxa" w:w="2880"/>
          </w:tcPr>
          <w:p>
            <w:r>
              <w:t>Расширение</w:t>
            </w:r>
          </w:p>
        </w:tc>
        <w:tc>
          <w:tcPr>
            <w:tcW w:type="dxa" w:w="2880"/>
          </w:tcPr>
          <w:p>
            <w:r>
              <w:t>Тип содержимого</w:t>
            </w:r>
          </w:p>
        </w:tc>
      </w:tr>
      <w:tr>
        <w:tc>
          <w:tcPr>
            <w:tcW w:type="dxa" w:w="2880"/>
          </w:tcPr>
          <w:p>
            <w:r>
              <w:t>Документ Word</w:t>
            </w:r>
          </w:p>
        </w:tc>
        <w:tc>
          <w:tcPr>
            <w:tcW w:type="dxa" w:w="2880"/>
          </w:tcPr>
          <w:p>
            <w:r>
              <w:t>docx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Таблица Excel</w:t>
            </w:r>
          </w:p>
        </w:tc>
        <w:tc>
          <w:tcPr>
            <w:tcW w:type="dxa" w:w="2880"/>
          </w:tcPr>
          <w:p>
            <w:r>
              <w:t>xlsx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Портативный документ</w:t>
            </w:r>
          </w:p>
        </w:tc>
        <w:tc>
          <w:tcPr>
            <w:tcW w:type="dxa" w:w="2880"/>
          </w:tcPr>
          <w:p>
            <w:r>
              <w:t>pdf</w:t>
            </w:r>
          </w:p>
        </w:tc>
        <w:tc>
          <w:tcPr>
            <w:tcW w:type="dxa" w:w="2880"/>
          </w:tcPr>
          <w:p>
            <w:r>
              <w:t>application/pdf</w:t>
            </w:r>
          </w:p>
        </w:tc>
      </w:tr>
      <w:tr>
        <w:tc>
          <w:tcPr>
            <w:tcW w:type="dxa" w:w="2880"/>
          </w:tcPr>
          <w:p>
            <w:r>
              <w:t>Простой текст</w:t>
            </w:r>
          </w:p>
        </w:tc>
        <w:tc>
          <w:tcPr>
            <w:tcW w:type="dxa" w:w="2880"/>
          </w:tcPr>
          <w:p>
            <w:r>
              <w:t>txt</w:t>
            </w:r>
          </w:p>
        </w:tc>
        <w:tc>
          <w:tcPr>
            <w:tcW w:type="dxa" w:w="2880"/>
          </w:tcPr>
          <w:p>
            <w:r>
              <w:t>text/plain</w:t>
            </w:r>
          </w:p>
        </w:tc>
      </w:tr>
    </w:tbl>
    <w:p>
      <w:r>
        <w:br w:type="page"/>
      </w:r>
    </w:p>
    <w:p>
      <w:pPr>
        <w:pStyle w:val="Heading1"/>
      </w:pPr>
      <w:r>
        <w:t>Тестовый документ 35</w:t>
      </w:r>
    </w:p>
    <w:p>
      <w:r>
        <w:t>Файл собран на сайте testovye-fayly.ru для проверки программ, которые читают, показывают и конвертируют документы.</w:t>
      </w:r>
    </w:p>
    <w:p>
      <w:r>
        <w:t>Текст здесь нужен только как содержимое: он написан для этого файла и ничего не значит. Кириллица, латиница, цифры 1234567890 и знаки № % — чтобы было видно, как программа справляется с кодировкой.</w:t>
      </w:r>
    </w:p>
    <w:p>
      <w:r>
        <w:t>Проверьте на этом файле: выделение и копирование текста, поиск по документу, печать, пересохранение в другой формат.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Формат</w:t>
            </w:r>
          </w:p>
        </w:tc>
        <w:tc>
          <w:tcPr>
            <w:tcW w:type="dxa" w:w="2880"/>
          </w:tcPr>
          <w:p>
            <w:r>
              <w:t>Расширение</w:t>
            </w:r>
          </w:p>
        </w:tc>
        <w:tc>
          <w:tcPr>
            <w:tcW w:type="dxa" w:w="2880"/>
          </w:tcPr>
          <w:p>
            <w:r>
              <w:t>Тип содержимого</w:t>
            </w:r>
          </w:p>
        </w:tc>
      </w:tr>
      <w:tr>
        <w:tc>
          <w:tcPr>
            <w:tcW w:type="dxa" w:w="2880"/>
          </w:tcPr>
          <w:p>
            <w:r>
              <w:t>Документ Word</w:t>
            </w:r>
          </w:p>
        </w:tc>
        <w:tc>
          <w:tcPr>
            <w:tcW w:type="dxa" w:w="2880"/>
          </w:tcPr>
          <w:p>
            <w:r>
              <w:t>docx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Таблица Excel</w:t>
            </w:r>
          </w:p>
        </w:tc>
        <w:tc>
          <w:tcPr>
            <w:tcW w:type="dxa" w:w="2880"/>
          </w:tcPr>
          <w:p>
            <w:r>
              <w:t>xlsx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Портативный документ</w:t>
            </w:r>
          </w:p>
        </w:tc>
        <w:tc>
          <w:tcPr>
            <w:tcW w:type="dxa" w:w="2880"/>
          </w:tcPr>
          <w:p>
            <w:r>
              <w:t>pdf</w:t>
            </w:r>
          </w:p>
        </w:tc>
        <w:tc>
          <w:tcPr>
            <w:tcW w:type="dxa" w:w="2880"/>
          </w:tcPr>
          <w:p>
            <w:r>
              <w:t>application/pdf</w:t>
            </w:r>
          </w:p>
        </w:tc>
      </w:tr>
      <w:tr>
        <w:tc>
          <w:tcPr>
            <w:tcW w:type="dxa" w:w="2880"/>
          </w:tcPr>
          <w:p>
            <w:r>
              <w:t>Простой текст</w:t>
            </w:r>
          </w:p>
        </w:tc>
        <w:tc>
          <w:tcPr>
            <w:tcW w:type="dxa" w:w="2880"/>
          </w:tcPr>
          <w:p>
            <w:r>
              <w:t>txt</w:t>
            </w:r>
          </w:p>
        </w:tc>
        <w:tc>
          <w:tcPr>
            <w:tcW w:type="dxa" w:w="2880"/>
          </w:tcPr>
          <w:p>
            <w:r>
              <w:t>text/plain</w:t>
            </w:r>
          </w:p>
        </w:tc>
      </w:tr>
    </w:tbl>
    <w:p>
      <w:r>
        <w:br w:type="page"/>
      </w:r>
    </w:p>
    <w:p>
      <w:pPr>
        <w:pStyle w:val="Heading1"/>
      </w:pPr>
      <w:r>
        <w:t>Тестовый документ 36</w:t>
      </w:r>
    </w:p>
    <w:p>
      <w:r>
        <w:t>Файл собран на сайте testovye-fayly.ru для проверки программ, которые читают, показывают и конвертируют документы.</w:t>
      </w:r>
    </w:p>
    <w:p>
      <w:r>
        <w:t>Текст здесь нужен только как содержимое: он написан для этого файла и ничего не значит. Кириллица, латиница, цифры 1234567890 и знаки № % — чтобы было видно, как программа справляется с кодировкой.</w:t>
      </w:r>
    </w:p>
    <w:p>
      <w:r>
        <w:t>Проверьте на этом файле: выделение и копирование текста, поиск по документу, печать, пересохранение в другой формат.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Формат</w:t>
            </w:r>
          </w:p>
        </w:tc>
        <w:tc>
          <w:tcPr>
            <w:tcW w:type="dxa" w:w="2880"/>
          </w:tcPr>
          <w:p>
            <w:r>
              <w:t>Расширение</w:t>
            </w:r>
          </w:p>
        </w:tc>
        <w:tc>
          <w:tcPr>
            <w:tcW w:type="dxa" w:w="2880"/>
          </w:tcPr>
          <w:p>
            <w:r>
              <w:t>Тип содержимого</w:t>
            </w:r>
          </w:p>
        </w:tc>
      </w:tr>
      <w:tr>
        <w:tc>
          <w:tcPr>
            <w:tcW w:type="dxa" w:w="2880"/>
          </w:tcPr>
          <w:p>
            <w:r>
              <w:t>Документ Word</w:t>
            </w:r>
          </w:p>
        </w:tc>
        <w:tc>
          <w:tcPr>
            <w:tcW w:type="dxa" w:w="2880"/>
          </w:tcPr>
          <w:p>
            <w:r>
              <w:t>docx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Таблица Excel</w:t>
            </w:r>
          </w:p>
        </w:tc>
        <w:tc>
          <w:tcPr>
            <w:tcW w:type="dxa" w:w="2880"/>
          </w:tcPr>
          <w:p>
            <w:r>
              <w:t>xlsx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Портативный документ</w:t>
            </w:r>
          </w:p>
        </w:tc>
        <w:tc>
          <w:tcPr>
            <w:tcW w:type="dxa" w:w="2880"/>
          </w:tcPr>
          <w:p>
            <w:r>
              <w:t>pdf</w:t>
            </w:r>
          </w:p>
        </w:tc>
        <w:tc>
          <w:tcPr>
            <w:tcW w:type="dxa" w:w="2880"/>
          </w:tcPr>
          <w:p>
            <w:r>
              <w:t>application/pdf</w:t>
            </w:r>
          </w:p>
        </w:tc>
      </w:tr>
      <w:tr>
        <w:tc>
          <w:tcPr>
            <w:tcW w:type="dxa" w:w="2880"/>
          </w:tcPr>
          <w:p>
            <w:r>
              <w:t>Простой текст</w:t>
            </w:r>
          </w:p>
        </w:tc>
        <w:tc>
          <w:tcPr>
            <w:tcW w:type="dxa" w:w="2880"/>
          </w:tcPr>
          <w:p>
            <w:r>
              <w:t>txt</w:t>
            </w:r>
          </w:p>
        </w:tc>
        <w:tc>
          <w:tcPr>
            <w:tcW w:type="dxa" w:w="2880"/>
          </w:tcPr>
          <w:p>
            <w:r>
              <w:t>text/plain</w:t>
            </w:r>
          </w:p>
        </w:tc>
      </w:tr>
    </w:tbl>
    <w:p>
      <w:r>
        <w:br w:type="page"/>
      </w:r>
    </w:p>
    <w:p>
      <w:pPr>
        <w:pStyle w:val="Heading1"/>
      </w:pPr>
      <w:r>
        <w:t>Тестовый документ 37</w:t>
      </w:r>
    </w:p>
    <w:p>
      <w:r>
        <w:t>Файл собран на сайте testovye-fayly.ru для проверки программ, которые читают, показывают и конвертируют документы.</w:t>
      </w:r>
    </w:p>
    <w:p>
      <w:r>
        <w:t>Текст здесь нужен только как содержимое: он написан для этого файла и ничего не значит. Кириллица, латиница, цифры 1234567890 и знаки № % — чтобы было видно, как программа справляется с кодировкой.</w:t>
      </w:r>
    </w:p>
    <w:p>
      <w:r>
        <w:t>Проверьте на этом файле: выделение и копирование текста, поиск по документу, печать, пересохранение в другой формат.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Формат</w:t>
            </w:r>
          </w:p>
        </w:tc>
        <w:tc>
          <w:tcPr>
            <w:tcW w:type="dxa" w:w="2880"/>
          </w:tcPr>
          <w:p>
            <w:r>
              <w:t>Расширение</w:t>
            </w:r>
          </w:p>
        </w:tc>
        <w:tc>
          <w:tcPr>
            <w:tcW w:type="dxa" w:w="2880"/>
          </w:tcPr>
          <w:p>
            <w:r>
              <w:t>Тип содержимого</w:t>
            </w:r>
          </w:p>
        </w:tc>
      </w:tr>
      <w:tr>
        <w:tc>
          <w:tcPr>
            <w:tcW w:type="dxa" w:w="2880"/>
          </w:tcPr>
          <w:p>
            <w:r>
              <w:t>Документ Word</w:t>
            </w:r>
          </w:p>
        </w:tc>
        <w:tc>
          <w:tcPr>
            <w:tcW w:type="dxa" w:w="2880"/>
          </w:tcPr>
          <w:p>
            <w:r>
              <w:t>docx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Таблица Excel</w:t>
            </w:r>
          </w:p>
        </w:tc>
        <w:tc>
          <w:tcPr>
            <w:tcW w:type="dxa" w:w="2880"/>
          </w:tcPr>
          <w:p>
            <w:r>
              <w:t>xlsx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Портативный документ</w:t>
            </w:r>
          </w:p>
        </w:tc>
        <w:tc>
          <w:tcPr>
            <w:tcW w:type="dxa" w:w="2880"/>
          </w:tcPr>
          <w:p>
            <w:r>
              <w:t>pdf</w:t>
            </w:r>
          </w:p>
        </w:tc>
        <w:tc>
          <w:tcPr>
            <w:tcW w:type="dxa" w:w="2880"/>
          </w:tcPr>
          <w:p>
            <w:r>
              <w:t>application/pdf</w:t>
            </w:r>
          </w:p>
        </w:tc>
      </w:tr>
      <w:tr>
        <w:tc>
          <w:tcPr>
            <w:tcW w:type="dxa" w:w="2880"/>
          </w:tcPr>
          <w:p>
            <w:r>
              <w:t>Простой текст</w:t>
            </w:r>
          </w:p>
        </w:tc>
        <w:tc>
          <w:tcPr>
            <w:tcW w:type="dxa" w:w="2880"/>
          </w:tcPr>
          <w:p>
            <w:r>
              <w:t>txt</w:t>
            </w:r>
          </w:p>
        </w:tc>
        <w:tc>
          <w:tcPr>
            <w:tcW w:type="dxa" w:w="2880"/>
          </w:tcPr>
          <w:p>
            <w:r>
              <w:t>text/plain</w:t>
            </w:r>
          </w:p>
        </w:tc>
      </w:tr>
    </w:tbl>
    <w:p>
      <w:r>
        <w:br w:type="page"/>
      </w:r>
    </w:p>
    <w:p>
      <w:pPr>
        <w:pStyle w:val="Heading1"/>
      </w:pPr>
      <w:r>
        <w:t>Тестовый документ 38</w:t>
      </w:r>
    </w:p>
    <w:p>
      <w:r>
        <w:t>Файл собран на сайте testovye-fayly.ru для проверки программ, которые читают, показывают и конвертируют документы.</w:t>
      </w:r>
    </w:p>
    <w:p>
      <w:r>
        <w:t>Текст здесь нужен только как содержимое: он написан для этого файла и ничего не значит. Кириллица, латиница, цифры 1234567890 и знаки № % — чтобы было видно, как программа справляется с кодировкой.</w:t>
      </w:r>
    </w:p>
    <w:p>
      <w:r>
        <w:t>Проверьте на этом файле: выделение и копирование текста, поиск по документу, печать, пересохранение в другой формат.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Формат</w:t>
            </w:r>
          </w:p>
        </w:tc>
        <w:tc>
          <w:tcPr>
            <w:tcW w:type="dxa" w:w="2880"/>
          </w:tcPr>
          <w:p>
            <w:r>
              <w:t>Расширение</w:t>
            </w:r>
          </w:p>
        </w:tc>
        <w:tc>
          <w:tcPr>
            <w:tcW w:type="dxa" w:w="2880"/>
          </w:tcPr>
          <w:p>
            <w:r>
              <w:t>Тип содержимого</w:t>
            </w:r>
          </w:p>
        </w:tc>
      </w:tr>
      <w:tr>
        <w:tc>
          <w:tcPr>
            <w:tcW w:type="dxa" w:w="2880"/>
          </w:tcPr>
          <w:p>
            <w:r>
              <w:t>Документ Word</w:t>
            </w:r>
          </w:p>
        </w:tc>
        <w:tc>
          <w:tcPr>
            <w:tcW w:type="dxa" w:w="2880"/>
          </w:tcPr>
          <w:p>
            <w:r>
              <w:t>docx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Таблица Excel</w:t>
            </w:r>
          </w:p>
        </w:tc>
        <w:tc>
          <w:tcPr>
            <w:tcW w:type="dxa" w:w="2880"/>
          </w:tcPr>
          <w:p>
            <w:r>
              <w:t>xlsx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Портативный документ</w:t>
            </w:r>
          </w:p>
        </w:tc>
        <w:tc>
          <w:tcPr>
            <w:tcW w:type="dxa" w:w="2880"/>
          </w:tcPr>
          <w:p>
            <w:r>
              <w:t>pdf</w:t>
            </w:r>
          </w:p>
        </w:tc>
        <w:tc>
          <w:tcPr>
            <w:tcW w:type="dxa" w:w="2880"/>
          </w:tcPr>
          <w:p>
            <w:r>
              <w:t>application/pdf</w:t>
            </w:r>
          </w:p>
        </w:tc>
      </w:tr>
      <w:tr>
        <w:tc>
          <w:tcPr>
            <w:tcW w:type="dxa" w:w="2880"/>
          </w:tcPr>
          <w:p>
            <w:r>
              <w:t>Простой текст</w:t>
            </w:r>
          </w:p>
        </w:tc>
        <w:tc>
          <w:tcPr>
            <w:tcW w:type="dxa" w:w="2880"/>
          </w:tcPr>
          <w:p>
            <w:r>
              <w:t>txt</w:t>
            </w:r>
          </w:p>
        </w:tc>
        <w:tc>
          <w:tcPr>
            <w:tcW w:type="dxa" w:w="2880"/>
          </w:tcPr>
          <w:p>
            <w:r>
              <w:t>text/plain</w:t>
            </w:r>
          </w:p>
        </w:tc>
      </w:tr>
    </w:tbl>
    <w:p>
      <w:r>
        <w:br w:type="page"/>
      </w:r>
    </w:p>
    <w:p>
      <w:pPr>
        <w:pStyle w:val="Heading1"/>
      </w:pPr>
      <w:r>
        <w:t>Тестовый документ 39</w:t>
      </w:r>
    </w:p>
    <w:p>
      <w:r>
        <w:t>Файл собран на сайте testovye-fayly.ru для проверки программ, которые читают, показывают и конвертируют документы.</w:t>
      </w:r>
    </w:p>
    <w:p>
      <w:r>
        <w:t>Текст здесь нужен только как содержимое: он написан для этого файла и ничего не значит. Кириллица, латиница, цифры 1234567890 и знаки № % — чтобы было видно, как программа справляется с кодировкой.</w:t>
      </w:r>
    </w:p>
    <w:p>
      <w:r>
        <w:t>Проверьте на этом файле: выделение и копирование текста, поиск по документу, печать, пересохранение в другой формат.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Формат</w:t>
            </w:r>
          </w:p>
        </w:tc>
        <w:tc>
          <w:tcPr>
            <w:tcW w:type="dxa" w:w="2880"/>
          </w:tcPr>
          <w:p>
            <w:r>
              <w:t>Расширение</w:t>
            </w:r>
          </w:p>
        </w:tc>
        <w:tc>
          <w:tcPr>
            <w:tcW w:type="dxa" w:w="2880"/>
          </w:tcPr>
          <w:p>
            <w:r>
              <w:t>Тип содержимого</w:t>
            </w:r>
          </w:p>
        </w:tc>
      </w:tr>
      <w:tr>
        <w:tc>
          <w:tcPr>
            <w:tcW w:type="dxa" w:w="2880"/>
          </w:tcPr>
          <w:p>
            <w:r>
              <w:t>Документ Word</w:t>
            </w:r>
          </w:p>
        </w:tc>
        <w:tc>
          <w:tcPr>
            <w:tcW w:type="dxa" w:w="2880"/>
          </w:tcPr>
          <w:p>
            <w:r>
              <w:t>docx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Таблица Excel</w:t>
            </w:r>
          </w:p>
        </w:tc>
        <w:tc>
          <w:tcPr>
            <w:tcW w:type="dxa" w:w="2880"/>
          </w:tcPr>
          <w:p>
            <w:r>
              <w:t>xlsx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Портативный документ</w:t>
            </w:r>
          </w:p>
        </w:tc>
        <w:tc>
          <w:tcPr>
            <w:tcW w:type="dxa" w:w="2880"/>
          </w:tcPr>
          <w:p>
            <w:r>
              <w:t>pdf</w:t>
            </w:r>
          </w:p>
        </w:tc>
        <w:tc>
          <w:tcPr>
            <w:tcW w:type="dxa" w:w="2880"/>
          </w:tcPr>
          <w:p>
            <w:r>
              <w:t>application/pdf</w:t>
            </w:r>
          </w:p>
        </w:tc>
      </w:tr>
      <w:tr>
        <w:tc>
          <w:tcPr>
            <w:tcW w:type="dxa" w:w="2880"/>
          </w:tcPr>
          <w:p>
            <w:r>
              <w:t>Простой текст</w:t>
            </w:r>
          </w:p>
        </w:tc>
        <w:tc>
          <w:tcPr>
            <w:tcW w:type="dxa" w:w="2880"/>
          </w:tcPr>
          <w:p>
            <w:r>
              <w:t>txt</w:t>
            </w:r>
          </w:p>
        </w:tc>
        <w:tc>
          <w:tcPr>
            <w:tcW w:type="dxa" w:w="2880"/>
          </w:tcPr>
          <w:p>
            <w:r>
              <w:t>text/plain</w:t>
            </w:r>
          </w:p>
        </w:tc>
      </w:tr>
    </w:tbl>
    <w:p>
      <w:r>
        <w:br w:type="page"/>
      </w:r>
    </w:p>
    <w:p>
      <w:pPr>
        <w:pStyle w:val="Heading1"/>
      </w:pPr>
      <w:r>
        <w:t>Тестовый документ 40</w:t>
      </w:r>
    </w:p>
    <w:p>
      <w:r>
        <w:t>Файл собран на сайте testovye-fayly.ru для проверки программ, которые читают, показывают и конвертируют документы.</w:t>
      </w:r>
    </w:p>
    <w:p>
      <w:r>
        <w:t>Текст здесь нужен только как содержимое: он написан для этого файла и ничего не значит. Кириллица, латиница, цифры 1234567890 и знаки № % — чтобы было видно, как программа справляется с кодировкой.</w:t>
      </w:r>
    </w:p>
    <w:p>
      <w:r>
        <w:t>Проверьте на этом файле: выделение и копирование текста, поиск по документу, печать, пересохранение в другой формат.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Формат</w:t>
            </w:r>
          </w:p>
        </w:tc>
        <w:tc>
          <w:tcPr>
            <w:tcW w:type="dxa" w:w="2880"/>
          </w:tcPr>
          <w:p>
            <w:r>
              <w:t>Расширение</w:t>
            </w:r>
          </w:p>
        </w:tc>
        <w:tc>
          <w:tcPr>
            <w:tcW w:type="dxa" w:w="2880"/>
          </w:tcPr>
          <w:p>
            <w:r>
              <w:t>Тип содержимого</w:t>
            </w:r>
          </w:p>
        </w:tc>
      </w:tr>
      <w:tr>
        <w:tc>
          <w:tcPr>
            <w:tcW w:type="dxa" w:w="2880"/>
          </w:tcPr>
          <w:p>
            <w:r>
              <w:t>Документ Word</w:t>
            </w:r>
          </w:p>
        </w:tc>
        <w:tc>
          <w:tcPr>
            <w:tcW w:type="dxa" w:w="2880"/>
          </w:tcPr>
          <w:p>
            <w:r>
              <w:t>docx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Таблица Excel</w:t>
            </w:r>
          </w:p>
        </w:tc>
        <w:tc>
          <w:tcPr>
            <w:tcW w:type="dxa" w:w="2880"/>
          </w:tcPr>
          <w:p>
            <w:r>
              <w:t>xlsx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Портативный документ</w:t>
            </w:r>
          </w:p>
        </w:tc>
        <w:tc>
          <w:tcPr>
            <w:tcW w:type="dxa" w:w="2880"/>
          </w:tcPr>
          <w:p>
            <w:r>
              <w:t>pdf</w:t>
            </w:r>
          </w:p>
        </w:tc>
        <w:tc>
          <w:tcPr>
            <w:tcW w:type="dxa" w:w="2880"/>
          </w:tcPr>
          <w:p>
            <w:r>
              <w:t>application/pdf</w:t>
            </w:r>
          </w:p>
        </w:tc>
      </w:tr>
      <w:tr>
        <w:tc>
          <w:tcPr>
            <w:tcW w:type="dxa" w:w="2880"/>
          </w:tcPr>
          <w:p>
            <w:r>
              <w:t>Простой текст</w:t>
            </w:r>
          </w:p>
        </w:tc>
        <w:tc>
          <w:tcPr>
            <w:tcW w:type="dxa" w:w="2880"/>
          </w:tcPr>
          <w:p>
            <w:r>
              <w:t>txt</w:t>
            </w:r>
          </w:p>
        </w:tc>
        <w:tc>
          <w:tcPr>
            <w:tcW w:type="dxa" w:w="2880"/>
          </w:tcPr>
          <w:p>
            <w:r>
              <w:t>text/plain</w:t>
            </w:r>
          </w:p>
        </w:tc>
      </w:tr>
    </w:tbl>
    <w:p>
      <w:r>
        <w:br w:type="page"/>
      </w:r>
    </w:p>
    <w:p>
      <w:pPr>
        <w:pStyle w:val="Heading1"/>
      </w:pPr>
      <w:r>
        <w:t>Тестовый документ 41</w:t>
      </w:r>
    </w:p>
    <w:p>
      <w:r>
        <w:t>Файл собран на сайте testovye-fayly.ru для проверки программ, которые читают, показывают и конвертируют документы.</w:t>
      </w:r>
    </w:p>
    <w:p>
      <w:r>
        <w:t>Текст здесь нужен только как содержимое: он написан для этого файла и ничего не значит. Кириллица, латиница, цифры 1234567890 и знаки № % — чтобы было видно, как программа справляется с кодировкой.</w:t>
      </w:r>
    </w:p>
    <w:p>
      <w:r>
        <w:t>Проверьте на этом файле: выделение и копирование текста, поиск по документу, печать, пересохранение в другой формат.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Формат</w:t>
            </w:r>
          </w:p>
        </w:tc>
        <w:tc>
          <w:tcPr>
            <w:tcW w:type="dxa" w:w="2880"/>
          </w:tcPr>
          <w:p>
            <w:r>
              <w:t>Расширение</w:t>
            </w:r>
          </w:p>
        </w:tc>
        <w:tc>
          <w:tcPr>
            <w:tcW w:type="dxa" w:w="2880"/>
          </w:tcPr>
          <w:p>
            <w:r>
              <w:t>Тип содержимого</w:t>
            </w:r>
          </w:p>
        </w:tc>
      </w:tr>
      <w:tr>
        <w:tc>
          <w:tcPr>
            <w:tcW w:type="dxa" w:w="2880"/>
          </w:tcPr>
          <w:p>
            <w:r>
              <w:t>Документ Word</w:t>
            </w:r>
          </w:p>
        </w:tc>
        <w:tc>
          <w:tcPr>
            <w:tcW w:type="dxa" w:w="2880"/>
          </w:tcPr>
          <w:p>
            <w:r>
              <w:t>docx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Таблица Excel</w:t>
            </w:r>
          </w:p>
        </w:tc>
        <w:tc>
          <w:tcPr>
            <w:tcW w:type="dxa" w:w="2880"/>
          </w:tcPr>
          <w:p>
            <w:r>
              <w:t>xlsx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Портативный документ</w:t>
            </w:r>
          </w:p>
        </w:tc>
        <w:tc>
          <w:tcPr>
            <w:tcW w:type="dxa" w:w="2880"/>
          </w:tcPr>
          <w:p>
            <w:r>
              <w:t>pdf</w:t>
            </w:r>
          </w:p>
        </w:tc>
        <w:tc>
          <w:tcPr>
            <w:tcW w:type="dxa" w:w="2880"/>
          </w:tcPr>
          <w:p>
            <w:r>
              <w:t>application/pdf</w:t>
            </w:r>
          </w:p>
        </w:tc>
      </w:tr>
      <w:tr>
        <w:tc>
          <w:tcPr>
            <w:tcW w:type="dxa" w:w="2880"/>
          </w:tcPr>
          <w:p>
            <w:r>
              <w:t>Простой текст</w:t>
            </w:r>
          </w:p>
        </w:tc>
        <w:tc>
          <w:tcPr>
            <w:tcW w:type="dxa" w:w="2880"/>
          </w:tcPr>
          <w:p>
            <w:r>
              <w:t>txt</w:t>
            </w:r>
          </w:p>
        </w:tc>
        <w:tc>
          <w:tcPr>
            <w:tcW w:type="dxa" w:w="2880"/>
          </w:tcPr>
          <w:p>
            <w:r>
              <w:t>text/plain</w:t>
            </w:r>
          </w:p>
        </w:tc>
      </w:tr>
    </w:tbl>
    <w:p>
      <w:r>
        <w:br w:type="page"/>
      </w:r>
    </w:p>
    <w:p>
      <w:pPr>
        <w:pStyle w:val="Heading1"/>
      </w:pPr>
      <w:r>
        <w:t>Тестовый документ 42</w:t>
      </w:r>
    </w:p>
    <w:p>
      <w:r>
        <w:t>Файл собран на сайте testovye-fayly.ru для проверки программ, которые читают, показывают и конвертируют документы.</w:t>
      </w:r>
    </w:p>
    <w:p>
      <w:r>
        <w:t>Текст здесь нужен только как содержимое: он написан для этого файла и ничего не значит. Кириллица, латиница, цифры 1234567890 и знаки № % — чтобы было видно, как программа справляется с кодировкой.</w:t>
      </w:r>
    </w:p>
    <w:p>
      <w:r>
        <w:t>Проверьте на этом файле: выделение и копирование текста, поиск по документу, печать, пересохранение в другой формат.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Формат</w:t>
            </w:r>
          </w:p>
        </w:tc>
        <w:tc>
          <w:tcPr>
            <w:tcW w:type="dxa" w:w="2880"/>
          </w:tcPr>
          <w:p>
            <w:r>
              <w:t>Расширение</w:t>
            </w:r>
          </w:p>
        </w:tc>
        <w:tc>
          <w:tcPr>
            <w:tcW w:type="dxa" w:w="2880"/>
          </w:tcPr>
          <w:p>
            <w:r>
              <w:t>Тип содержимого</w:t>
            </w:r>
          </w:p>
        </w:tc>
      </w:tr>
      <w:tr>
        <w:tc>
          <w:tcPr>
            <w:tcW w:type="dxa" w:w="2880"/>
          </w:tcPr>
          <w:p>
            <w:r>
              <w:t>Документ Word</w:t>
            </w:r>
          </w:p>
        </w:tc>
        <w:tc>
          <w:tcPr>
            <w:tcW w:type="dxa" w:w="2880"/>
          </w:tcPr>
          <w:p>
            <w:r>
              <w:t>docx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Таблица Excel</w:t>
            </w:r>
          </w:p>
        </w:tc>
        <w:tc>
          <w:tcPr>
            <w:tcW w:type="dxa" w:w="2880"/>
          </w:tcPr>
          <w:p>
            <w:r>
              <w:t>xlsx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Портативный документ</w:t>
            </w:r>
          </w:p>
        </w:tc>
        <w:tc>
          <w:tcPr>
            <w:tcW w:type="dxa" w:w="2880"/>
          </w:tcPr>
          <w:p>
            <w:r>
              <w:t>pdf</w:t>
            </w:r>
          </w:p>
        </w:tc>
        <w:tc>
          <w:tcPr>
            <w:tcW w:type="dxa" w:w="2880"/>
          </w:tcPr>
          <w:p>
            <w:r>
              <w:t>application/pdf</w:t>
            </w:r>
          </w:p>
        </w:tc>
      </w:tr>
      <w:tr>
        <w:tc>
          <w:tcPr>
            <w:tcW w:type="dxa" w:w="2880"/>
          </w:tcPr>
          <w:p>
            <w:r>
              <w:t>Простой текст</w:t>
            </w:r>
          </w:p>
        </w:tc>
        <w:tc>
          <w:tcPr>
            <w:tcW w:type="dxa" w:w="2880"/>
          </w:tcPr>
          <w:p>
            <w:r>
              <w:t>txt</w:t>
            </w:r>
          </w:p>
        </w:tc>
        <w:tc>
          <w:tcPr>
            <w:tcW w:type="dxa" w:w="2880"/>
          </w:tcPr>
          <w:p>
            <w:r>
              <w:t>text/plain</w:t>
            </w:r>
          </w:p>
        </w:tc>
      </w:tr>
    </w:tbl>
    <w:p>
      <w:r>
        <w:br w:type="page"/>
      </w:r>
    </w:p>
    <w:p>
      <w:pPr>
        <w:pStyle w:val="Heading1"/>
      </w:pPr>
      <w:r>
        <w:t>Тестовый документ 43</w:t>
      </w:r>
    </w:p>
    <w:p>
      <w:r>
        <w:t>Файл собран на сайте testovye-fayly.ru для проверки программ, которые читают, показывают и конвертируют документы.</w:t>
      </w:r>
    </w:p>
    <w:p>
      <w:r>
        <w:t>Текст здесь нужен только как содержимое: он написан для этого файла и ничего не значит. Кириллица, латиница, цифры 1234567890 и знаки № % — чтобы было видно, как программа справляется с кодировкой.</w:t>
      </w:r>
    </w:p>
    <w:p>
      <w:r>
        <w:t>Проверьте на этом файле: выделение и копирование текста, поиск по документу, печать, пересохранение в другой формат.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Формат</w:t>
            </w:r>
          </w:p>
        </w:tc>
        <w:tc>
          <w:tcPr>
            <w:tcW w:type="dxa" w:w="2880"/>
          </w:tcPr>
          <w:p>
            <w:r>
              <w:t>Расширение</w:t>
            </w:r>
          </w:p>
        </w:tc>
        <w:tc>
          <w:tcPr>
            <w:tcW w:type="dxa" w:w="2880"/>
          </w:tcPr>
          <w:p>
            <w:r>
              <w:t>Тип содержимого</w:t>
            </w:r>
          </w:p>
        </w:tc>
      </w:tr>
      <w:tr>
        <w:tc>
          <w:tcPr>
            <w:tcW w:type="dxa" w:w="2880"/>
          </w:tcPr>
          <w:p>
            <w:r>
              <w:t>Документ Word</w:t>
            </w:r>
          </w:p>
        </w:tc>
        <w:tc>
          <w:tcPr>
            <w:tcW w:type="dxa" w:w="2880"/>
          </w:tcPr>
          <w:p>
            <w:r>
              <w:t>docx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Таблица Excel</w:t>
            </w:r>
          </w:p>
        </w:tc>
        <w:tc>
          <w:tcPr>
            <w:tcW w:type="dxa" w:w="2880"/>
          </w:tcPr>
          <w:p>
            <w:r>
              <w:t>xlsx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Портативный документ</w:t>
            </w:r>
          </w:p>
        </w:tc>
        <w:tc>
          <w:tcPr>
            <w:tcW w:type="dxa" w:w="2880"/>
          </w:tcPr>
          <w:p>
            <w:r>
              <w:t>pdf</w:t>
            </w:r>
          </w:p>
        </w:tc>
        <w:tc>
          <w:tcPr>
            <w:tcW w:type="dxa" w:w="2880"/>
          </w:tcPr>
          <w:p>
            <w:r>
              <w:t>application/pdf</w:t>
            </w:r>
          </w:p>
        </w:tc>
      </w:tr>
      <w:tr>
        <w:tc>
          <w:tcPr>
            <w:tcW w:type="dxa" w:w="2880"/>
          </w:tcPr>
          <w:p>
            <w:r>
              <w:t>Простой текст</w:t>
            </w:r>
          </w:p>
        </w:tc>
        <w:tc>
          <w:tcPr>
            <w:tcW w:type="dxa" w:w="2880"/>
          </w:tcPr>
          <w:p>
            <w:r>
              <w:t>txt</w:t>
            </w:r>
          </w:p>
        </w:tc>
        <w:tc>
          <w:tcPr>
            <w:tcW w:type="dxa" w:w="2880"/>
          </w:tcPr>
          <w:p>
            <w:r>
              <w:t>text/plain</w:t>
            </w:r>
          </w:p>
        </w:tc>
      </w:tr>
    </w:tbl>
    <w:p>
      <w:r>
        <w:br w:type="page"/>
      </w:r>
    </w:p>
    <w:p>
      <w:pPr>
        <w:pStyle w:val="Heading1"/>
      </w:pPr>
      <w:r>
        <w:t>Тестовый документ 44</w:t>
      </w:r>
    </w:p>
    <w:p>
      <w:r>
        <w:t>Файл собран на сайте testovye-fayly.ru для проверки программ, которые читают, показывают и конвертируют документы.</w:t>
      </w:r>
    </w:p>
    <w:p>
      <w:r>
        <w:t>Текст здесь нужен только как содержимое: он написан для этого файла и ничего не значит. Кириллица, латиница, цифры 1234567890 и знаки № % — чтобы было видно, как программа справляется с кодировкой.</w:t>
      </w:r>
    </w:p>
    <w:p>
      <w:r>
        <w:t>Проверьте на этом файле: выделение и копирование текста, поиск по документу, печать, пересохранение в другой формат.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Формат</w:t>
            </w:r>
          </w:p>
        </w:tc>
        <w:tc>
          <w:tcPr>
            <w:tcW w:type="dxa" w:w="2880"/>
          </w:tcPr>
          <w:p>
            <w:r>
              <w:t>Расширение</w:t>
            </w:r>
          </w:p>
        </w:tc>
        <w:tc>
          <w:tcPr>
            <w:tcW w:type="dxa" w:w="2880"/>
          </w:tcPr>
          <w:p>
            <w:r>
              <w:t>Тип содержимого</w:t>
            </w:r>
          </w:p>
        </w:tc>
      </w:tr>
      <w:tr>
        <w:tc>
          <w:tcPr>
            <w:tcW w:type="dxa" w:w="2880"/>
          </w:tcPr>
          <w:p>
            <w:r>
              <w:t>Документ Word</w:t>
            </w:r>
          </w:p>
        </w:tc>
        <w:tc>
          <w:tcPr>
            <w:tcW w:type="dxa" w:w="2880"/>
          </w:tcPr>
          <w:p>
            <w:r>
              <w:t>docx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Таблица Excel</w:t>
            </w:r>
          </w:p>
        </w:tc>
        <w:tc>
          <w:tcPr>
            <w:tcW w:type="dxa" w:w="2880"/>
          </w:tcPr>
          <w:p>
            <w:r>
              <w:t>xlsx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Портативный документ</w:t>
            </w:r>
          </w:p>
        </w:tc>
        <w:tc>
          <w:tcPr>
            <w:tcW w:type="dxa" w:w="2880"/>
          </w:tcPr>
          <w:p>
            <w:r>
              <w:t>pdf</w:t>
            </w:r>
          </w:p>
        </w:tc>
        <w:tc>
          <w:tcPr>
            <w:tcW w:type="dxa" w:w="2880"/>
          </w:tcPr>
          <w:p>
            <w:r>
              <w:t>application/pdf</w:t>
            </w:r>
          </w:p>
        </w:tc>
      </w:tr>
      <w:tr>
        <w:tc>
          <w:tcPr>
            <w:tcW w:type="dxa" w:w="2880"/>
          </w:tcPr>
          <w:p>
            <w:r>
              <w:t>Простой текст</w:t>
            </w:r>
          </w:p>
        </w:tc>
        <w:tc>
          <w:tcPr>
            <w:tcW w:type="dxa" w:w="2880"/>
          </w:tcPr>
          <w:p>
            <w:r>
              <w:t>txt</w:t>
            </w:r>
          </w:p>
        </w:tc>
        <w:tc>
          <w:tcPr>
            <w:tcW w:type="dxa" w:w="2880"/>
          </w:tcPr>
          <w:p>
            <w:r>
              <w:t>text/plain</w:t>
            </w:r>
          </w:p>
        </w:tc>
      </w:tr>
    </w:tbl>
    <w:p>
      <w:r>
        <w:br w:type="page"/>
      </w:r>
    </w:p>
    <w:p>
      <w:pPr>
        <w:pStyle w:val="Heading1"/>
      </w:pPr>
      <w:r>
        <w:t>Тестовый документ 45</w:t>
      </w:r>
    </w:p>
    <w:p>
      <w:r>
        <w:t>Файл собран на сайте testovye-fayly.ru для проверки программ, которые читают, показывают и конвертируют документы.</w:t>
      </w:r>
    </w:p>
    <w:p>
      <w:r>
        <w:t>Текст здесь нужен только как содержимое: он написан для этого файла и ничего не значит. Кириллица, латиница, цифры 1234567890 и знаки № % — чтобы было видно, как программа справляется с кодировкой.</w:t>
      </w:r>
    </w:p>
    <w:p>
      <w:r>
        <w:t>Проверьте на этом файле: выделение и копирование текста, поиск по документу, печать, пересохранение в другой формат.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Формат</w:t>
            </w:r>
          </w:p>
        </w:tc>
        <w:tc>
          <w:tcPr>
            <w:tcW w:type="dxa" w:w="2880"/>
          </w:tcPr>
          <w:p>
            <w:r>
              <w:t>Расширение</w:t>
            </w:r>
          </w:p>
        </w:tc>
        <w:tc>
          <w:tcPr>
            <w:tcW w:type="dxa" w:w="2880"/>
          </w:tcPr>
          <w:p>
            <w:r>
              <w:t>Тип содержимого</w:t>
            </w:r>
          </w:p>
        </w:tc>
      </w:tr>
      <w:tr>
        <w:tc>
          <w:tcPr>
            <w:tcW w:type="dxa" w:w="2880"/>
          </w:tcPr>
          <w:p>
            <w:r>
              <w:t>Документ Word</w:t>
            </w:r>
          </w:p>
        </w:tc>
        <w:tc>
          <w:tcPr>
            <w:tcW w:type="dxa" w:w="2880"/>
          </w:tcPr>
          <w:p>
            <w:r>
              <w:t>docx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Таблица Excel</w:t>
            </w:r>
          </w:p>
        </w:tc>
        <w:tc>
          <w:tcPr>
            <w:tcW w:type="dxa" w:w="2880"/>
          </w:tcPr>
          <w:p>
            <w:r>
              <w:t>xlsx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Портативный документ</w:t>
            </w:r>
          </w:p>
        </w:tc>
        <w:tc>
          <w:tcPr>
            <w:tcW w:type="dxa" w:w="2880"/>
          </w:tcPr>
          <w:p>
            <w:r>
              <w:t>pdf</w:t>
            </w:r>
          </w:p>
        </w:tc>
        <w:tc>
          <w:tcPr>
            <w:tcW w:type="dxa" w:w="2880"/>
          </w:tcPr>
          <w:p>
            <w:r>
              <w:t>application/pdf</w:t>
            </w:r>
          </w:p>
        </w:tc>
      </w:tr>
      <w:tr>
        <w:tc>
          <w:tcPr>
            <w:tcW w:type="dxa" w:w="2880"/>
          </w:tcPr>
          <w:p>
            <w:r>
              <w:t>Простой текст</w:t>
            </w:r>
          </w:p>
        </w:tc>
        <w:tc>
          <w:tcPr>
            <w:tcW w:type="dxa" w:w="2880"/>
          </w:tcPr>
          <w:p>
            <w:r>
              <w:t>txt</w:t>
            </w:r>
          </w:p>
        </w:tc>
        <w:tc>
          <w:tcPr>
            <w:tcW w:type="dxa" w:w="2880"/>
          </w:tcPr>
          <w:p>
            <w:r>
              <w:t>text/plain</w:t>
            </w:r>
          </w:p>
        </w:tc>
      </w:tr>
    </w:tbl>
    <w:p>
      <w:r>
        <w:br w:type="page"/>
      </w:r>
    </w:p>
    <w:p>
      <w:pPr>
        <w:pStyle w:val="Heading1"/>
      </w:pPr>
      <w:r>
        <w:t>Тестовый документ 46</w:t>
      </w:r>
    </w:p>
    <w:p>
      <w:r>
        <w:t>Файл собран на сайте testovye-fayly.ru для проверки программ, которые читают, показывают и конвертируют документы.</w:t>
      </w:r>
    </w:p>
    <w:p>
      <w:r>
        <w:t>Текст здесь нужен только как содержимое: он написан для этого файла и ничего не значит. Кириллица, латиница, цифры 1234567890 и знаки № % — чтобы было видно, как программа справляется с кодировкой.</w:t>
      </w:r>
    </w:p>
    <w:p>
      <w:r>
        <w:t>Проверьте на этом файле: выделение и копирование текста, поиск по документу, печать, пересохранение в другой формат.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Формат</w:t>
            </w:r>
          </w:p>
        </w:tc>
        <w:tc>
          <w:tcPr>
            <w:tcW w:type="dxa" w:w="2880"/>
          </w:tcPr>
          <w:p>
            <w:r>
              <w:t>Расширение</w:t>
            </w:r>
          </w:p>
        </w:tc>
        <w:tc>
          <w:tcPr>
            <w:tcW w:type="dxa" w:w="2880"/>
          </w:tcPr>
          <w:p>
            <w:r>
              <w:t>Тип содержимого</w:t>
            </w:r>
          </w:p>
        </w:tc>
      </w:tr>
      <w:tr>
        <w:tc>
          <w:tcPr>
            <w:tcW w:type="dxa" w:w="2880"/>
          </w:tcPr>
          <w:p>
            <w:r>
              <w:t>Документ Word</w:t>
            </w:r>
          </w:p>
        </w:tc>
        <w:tc>
          <w:tcPr>
            <w:tcW w:type="dxa" w:w="2880"/>
          </w:tcPr>
          <w:p>
            <w:r>
              <w:t>docx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Таблица Excel</w:t>
            </w:r>
          </w:p>
        </w:tc>
        <w:tc>
          <w:tcPr>
            <w:tcW w:type="dxa" w:w="2880"/>
          </w:tcPr>
          <w:p>
            <w:r>
              <w:t>xlsx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Портативный документ</w:t>
            </w:r>
          </w:p>
        </w:tc>
        <w:tc>
          <w:tcPr>
            <w:tcW w:type="dxa" w:w="2880"/>
          </w:tcPr>
          <w:p>
            <w:r>
              <w:t>pdf</w:t>
            </w:r>
          </w:p>
        </w:tc>
        <w:tc>
          <w:tcPr>
            <w:tcW w:type="dxa" w:w="2880"/>
          </w:tcPr>
          <w:p>
            <w:r>
              <w:t>application/pdf</w:t>
            </w:r>
          </w:p>
        </w:tc>
      </w:tr>
      <w:tr>
        <w:tc>
          <w:tcPr>
            <w:tcW w:type="dxa" w:w="2880"/>
          </w:tcPr>
          <w:p>
            <w:r>
              <w:t>Простой текст</w:t>
            </w:r>
          </w:p>
        </w:tc>
        <w:tc>
          <w:tcPr>
            <w:tcW w:type="dxa" w:w="2880"/>
          </w:tcPr>
          <w:p>
            <w:r>
              <w:t>txt</w:t>
            </w:r>
          </w:p>
        </w:tc>
        <w:tc>
          <w:tcPr>
            <w:tcW w:type="dxa" w:w="2880"/>
          </w:tcPr>
          <w:p>
            <w:r>
              <w:t>text/plain</w:t>
            </w:r>
          </w:p>
        </w:tc>
      </w:tr>
    </w:tbl>
    <w:p>
      <w:r>
        <w:br w:type="page"/>
      </w:r>
    </w:p>
    <w:p>
      <w:pPr>
        <w:pStyle w:val="Heading1"/>
      </w:pPr>
      <w:r>
        <w:t>Тестовый документ 47</w:t>
      </w:r>
    </w:p>
    <w:p>
      <w:r>
        <w:t>Файл собран на сайте testovye-fayly.ru для проверки программ, которые читают, показывают и конвертируют документы.</w:t>
      </w:r>
    </w:p>
    <w:p>
      <w:r>
        <w:t>Текст здесь нужен только как содержимое: он написан для этого файла и ничего не значит. Кириллица, латиница, цифры 1234567890 и знаки № % — чтобы было видно, как программа справляется с кодировкой.</w:t>
      </w:r>
    </w:p>
    <w:p>
      <w:r>
        <w:t>Проверьте на этом файле: выделение и копирование текста, поиск по документу, печать, пересохранение в другой формат.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Формат</w:t>
            </w:r>
          </w:p>
        </w:tc>
        <w:tc>
          <w:tcPr>
            <w:tcW w:type="dxa" w:w="2880"/>
          </w:tcPr>
          <w:p>
            <w:r>
              <w:t>Расширение</w:t>
            </w:r>
          </w:p>
        </w:tc>
        <w:tc>
          <w:tcPr>
            <w:tcW w:type="dxa" w:w="2880"/>
          </w:tcPr>
          <w:p>
            <w:r>
              <w:t>Тип содержимого</w:t>
            </w:r>
          </w:p>
        </w:tc>
      </w:tr>
      <w:tr>
        <w:tc>
          <w:tcPr>
            <w:tcW w:type="dxa" w:w="2880"/>
          </w:tcPr>
          <w:p>
            <w:r>
              <w:t>Документ Word</w:t>
            </w:r>
          </w:p>
        </w:tc>
        <w:tc>
          <w:tcPr>
            <w:tcW w:type="dxa" w:w="2880"/>
          </w:tcPr>
          <w:p>
            <w:r>
              <w:t>docx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Таблица Excel</w:t>
            </w:r>
          </w:p>
        </w:tc>
        <w:tc>
          <w:tcPr>
            <w:tcW w:type="dxa" w:w="2880"/>
          </w:tcPr>
          <w:p>
            <w:r>
              <w:t>xlsx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Портативный документ</w:t>
            </w:r>
          </w:p>
        </w:tc>
        <w:tc>
          <w:tcPr>
            <w:tcW w:type="dxa" w:w="2880"/>
          </w:tcPr>
          <w:p>
            <w:r>
              <w:t>pdf</w:t>
            </w:r>
          </w:p>
        </w:tc>
        <w:tc>
          <w:tcPr>
            <w:tcW w:type="dxa" w:w="2880"/>
          </w:tcPr>
          <w:p>
            <w:r>
              <w:t>application/pdf</w:t>
            </w:r>
          </w:p>
        </w:tc>
      </w:tr>
      <w:tr>
        <w:tc>
          <w:tcPr>
            <w:tcW w:type="dxa" w:w="2880"/>
          </w:tcPr>
          <w:p>
            <w:r>
              <w:t>Простой текст</w:t>
            </w:r>
          </w:p>
        </w:tc>
        <w:tc>
          <w:tcPr>
            <w:tcW w:type="dxa" w:w="2880"/>
          </w:tcPr>
          <w:p>
            <w:r>
              <w:t>txt</w:t>
            </w:r>
          </w:p>
        </w:tc>
        <w:tc>
          <w:tcPr>
            <w:tcW w:type="dxa" w:w="2880"/>
          </w:tcPr>
          <w:p>
            <w:r>
              <w:t>text/plain</w:t>
            </w:r>
          </w:p>
        </w:tc>
      </w:tr>
    </w:tbl>
    <w:p>
      <w:r>
        <w:br w:type="page"/>
      </w:r>
    </w:p>
    <w:p>
      <w:pPr>
        <w:pStyle w:val="Heading1"/>
      </w:pPr>
      <w:r>
        <w:t>Тестовый документ 48</w:t>
      </w:r>
    </w:p>
    <w:p>
      <w:r>
        <w:t>Файл собран на сайте testovye-fayly.ru для проверки программ, которые читают, показывают и конвертируют документы.</w:t>
      </w:r>
    </w:p>
    <w:p>
      <w:r>
        <w:t>Текст здесь нужен только как содержимое: он написан для этого файла и ничего не значит. Кириллица, латиница, цифры 1234567890 и знаки № % — чтобы было видно, как программа справляется с кодировкой.</w:t>
      </w:r>
    </w:p>
    <w:p>
      <w:r>
        <w:t>Проверьте на этом файле: выделение и копирование текста, поиск по документу, печать, пересохранение в другой формат.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Формат</w:t>
            </w:r>
          </w:p>
        </w:tc>
        <w:tc>
          <w:tcPr>
            <w:tcW w:type="dxa" w:w="2880"/>
          </w:tcPr>
          <w:p>
            <w:r>
              <w:t>Расширение</w:t>
            </w:r>
          </w:p>
        </w:tc>
        <w:tc>
          <w:tcPr>
            <w:tcW w:type="dxa" w:w="2880"/>
          </w:tcPr>
          <w:p>
            <w:r>
              <w:t>Тип содержимого</w:t>
            </w:r>
          </w:p>
        </w:tc>
      </w:tr>
      <w:tr>
        <w:tc>
          <w:tcPr>
            <w:tcW w:type="dxa" w:w="2880"/>
          </w:tcPr>
          <w:p>
            <w:r>
              <w:t>Документ Word</w:t>
            </w:r>
          </w:p>
        </w:tc>
        <w:tc>
          <w:tcPr>
            <w:tcW w:type="dxa" w:w="2880"/>
          </w:tcPr>
          <w:p>
            <w:r>
              <w:t>docx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Таблица Excel</w:t>
            </w:r>
          </w:p>
        </w:tc>
        <w:tc>
          <w:tcPr>
            <w:tcW w:type="dxa" w:w="2880"/>
          </w:tcPr>
          <w:p>
            <w:r>
              <w:t>xlsx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Портативный документ</w:t>
            </w:r>
          </w:p>
        </w:tc>
        <w:tc>
          <w:tcPr>
            <w:tcW w:type="dxa" w:w="2880"/>
          </w:tcPr>
          <w:p>
            <w:r>
              <w:t>pdf</w:t>
            </w:r>
          </w:p>
        </w:tc>
        <w:tc>
          <w:tcPr>
            <w:tcW w:type="dxa" w:w="2880"/>
          </w:tcPr>
          <w:p>
            <w:r>
              <w:t>application/pdf</w:t>
            </w:r>
          </w:p>
        </w:tc>
      </w:tr>
      <w:tr>
        <w:tc>
          <w:tcPr>
            <w:tcW w:type="dxa" w:w="2880"/>
          </w:tcPr>
          <w:p>
            <w:r>
              <w:t>Простой текст</w:t>
            </w:r>
          </w:p>
        </w:tc>
        <w:tc>
          <w:tcPr>
            <w:tcW w:type="dxa" w:w="2880"/>
          </w:tcPr>
          <w:p>
            <w:r>
              <w:t>txt</w:t>
            </w:r>
          </w:p>
        </w:tc>
        <w:tc>
          <w:tcPr>
            <w:tcW w:type="dxa" w:w="2880"/>
          </w:tcPr>
          <w:p>
            <w:r>
              <w:t>text/plain</w:t>
            </w:r>
          </w:p>
        </w:tc>
      </w:tr>
    </w:tbl>
    <w:p>
      <w:r>
        <w:br w:type="page"/>
      </w:r>
    </w:p>
    <w:p>
      <w:pPr>
        <w:pStyle w:val="Heading1"/>
      </w:pPr>
      <w:r>
        <w:t>Тестовый документ 49</w:t>
      </w:r>
    </w:p>
    <w:p>
      <w:r>
        <w:t>Файл собран на сайте testovye-fayly.ru для проверки программ, которые читают, показывают и конвертируют документы.</w:t>
      </w:r>
    </w:p>
    <w:p>
      <w:r>
        <w:t>Текст здесь нужен только как содержимое: он написан для этого файла и ничего не значит. Кириллица, латиница, цифры 1234567890 и знаки № % — чтобы было видно, как программа справляется с кодировкой.</w:t>
      </w:r>
    </w:p>
    <w:p>
      <w:r>
        <w:t>Проверьте на этом файле: выделение и копирование текста, поиск по документу, печать, пересохранение в другой формат.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Формат</w:t>
            </w:r>
          </w:p>
        </w:tc>
        <w:tc>
          <w:tcPr>
            <w:tcW w:type="dxa" w:w="2880"/>
          </w:tcPr>
          <w:p>
            <w:r>
              <w:t>Расширение</w:t>
            </w:r>
          </w:p>
        </w:tc>
        <w:tc>
          <w:tcPr>
            <w:tcW w:type="dxa" w:w="2880"/>
          </w:tcPr>
          <w:p>
            <w:r>
              <w:t>Тип содержимого</w:t>
            </w:r>
          </w:p>
        </w:tc>
      </w:tr>
      <w:tr>
        <w:tc>
          <w:tcPr>
            <w:tcW w:type="dxa" w:w="2880"/>
          </w:tcPr>
          <w:p>
            <w:r>
              <w:t>Документ Word</w:t>
            </w:r>
          </w:p>
        </w:tc>
        <w:tc>
          <w:tcPr>
            <w:tcW w:type="dxa" w:w="2880"/>
          </w:tcPr>
          <w:p>
            <w:r>
              <w:t>docx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Таблица Excel</w:t>
            </w:r>
          </w:p>
        </w:tc>
        <w:tc>
          <w:tcPr>
            <w:tcW w:type="dxa" w:w="2880"/>
          </w:tcPr>
          <w:p>
            <w:r>
              <w:t>xlsx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Портативный документ</w:t>
            </w:r>
          </w:p>
        </w:tc>
        <w:tc>
          <w:tcPr>
            <w:tcW w:type="dxa" w:w="2880"/>
          </w:tcPr>
          <w:p>
            <w:r>
              <w:t>pdf</w:t>
            </w:r>
          </w:p>
        </w:tc>
        <w:tc>
          <w:tcPr>
            <w:tcW w:type="dxa" w:w="2880"/>
          </w:tcPr>
          <w:p>
            <w:r>
              <w:t>application/pdf</w:t>
            </w:r>
          </w:p>
        </w:tc>
      </w:tr>
      <w:tr>
        <w:tc>
          <w:tcPr>
            <w:tcW w:type="dxa" w:w="2880"/>
          </w:tcPr>
          <w:p>
            <w:r>
              <w:t>Простой текст</w:t>
            </w:r>
          </w:p>
        </w:tc>
        <w:tc>
          <w:tcPr>
            <w:tcW w:type="dxa" w:w="2880"/>
          </w:tcPr>
          <w:p>
            <w:r>
              <w:t>txt</w:t>
            </w:r>
          </w:p>
        </w:tc>
        <w:tc>
          <w:tcPr>
            <w:tcW w:type="dxa" w:w="2880"/>
          </w:tcPr>
          <w:p>
            <w:r>
              <w:t>text/plain</w:t>
            </w:r>
          </w:p>
        </w:tc>
      </w:tr>
    </w:tbl>
    <w:p>
      <w:r>
        <w:br w:type="page"/>
      </w:r>
    </w:p>
    <w:p>
      <w:pPr>
        <w:pStyle w:val="Heading1"/>
      </w:pPr>
      <w:r>
        <w:t>Тестовый документ 50</w:t>
      </w:r>
    </w:p>
    <w:p>
      <w:r>
        <w:t>Файл собран на сайте testovye-fayly.ru для проверки программ, которые читают, показывают и конвертируют документы.</w:t>
      </w:r>
    </w:p>
    <w:p>
      <w:r>
        <w:t>Текст здесь нужен только как содержимое: он написан для этого файла и ничего не значит. Кириллица, латиница, цифры 1234567890 и знаки № % — чтобы было видно, как программа справляется с кодировкой.</w:t>
      </w:r>
    </w:p>
    <w:p>
      <w:r>
        <w:t>Проверьте на этом файле: выделение и копирование текста, поиск по документу, печать, пересохранение в другой формат.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Формат</w:t>
            </w:r>
          </w:p>
        </w:tc>
        <w:tc>
          <w:tcPr>
            <w:tcW w:type="dxa" w:w="2880"/>
          </w:tcPr>
          <w:p>
            <w:r>
              <w:t>Расширение</w:t>
            </w:r>
          </w:p>
        </w:tc>
        <w:tc>
          <w:tcPr>
            <w:tcW w:type="dxa" w:w="2880"/>
          </w:tcPr>
          <w:p>
            <w:r>
              <w:t>Тип содержимого</w:t>
            </w:r>
          </w:p>
        </w:tc>
      </w:tr>
      <w:tr>
        <w:tc>
          <w:tcPr>
            <w:tcW w:type="dxa" w:w="2880"/>
          </w:tcPr>
          <w:p>
            <w:r>
              <w:t>Документ Word</w:t>
            </w:r>
          </w:p>
        </w:tc>
        <w:tc>
          <w:tcPr>
            <w:tcW w:type="dxa" w:w="2880"/>
          </w:tcPr>
          <w:p>
            <w:r>
              <w:t>docx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Таблица Excel</w:t>
            </w:r>
          </w:p>
        </w:tc>
        <w:tc>
          <w:tcPr>
            <w:tcW w:type="dxa" w:w="2880"/>
          </w:tcPr>
          <w:p>
            <w:r>
              <w:t>xlsx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Портативный документ</w:t>
            </w:r>
          </w:p>
        </w:tc>
        <w:tc>
          <w:tcPr>
            <w:tcW w:type="dxa" w:w="2880"/>
          </w:tcPr>
          <w:p>
            <w:r>
              <w:t>pdf</w:t>
            </w:r>
          </w:p>
        </w:tc>
        <w:tc>
          <w:tcPr>
            <w:tcW w:type="dxa" w:w="2880"/>
          </w:tcPr>
          <w:p>
            <w:r>
              <w:t>application/pdf</w:t>
            </w:r>
          </w:p>
        </w:tc>
      </w:tr>
      <w:tr>
        <w:tc>
          <w:tcPr>
            <w:tcW w:type="dxa" w:w="2880"/>
          </w:tcPr>
          <w:p>
            <w:r>
              <w:t>Простой текст</w:t>
            </w:r>
          </w:p>
        </w:tc>
        <w:tc>
          <w:tcPr>
            <w:tcW w:type="dxa" w:w="2880"/>
          </w:tcPr>
          <w:p>
            <w:r>
              <w:t>txt</w:t>
            </w:r>
          </w:p>
        </w:tc>
        <w:tc>
          <w:tcPr>
            <w:tcW w:type="dxa" w:w="2880"/>
          </w:tcPr>
          <w:p>
            <w:r>
              <w:t>text/plain</w:t>
            </w:r>
          </w:p>
        </w:tc>
      </w:tr>
    </w:tbl>
    <w:p>
      <w:r>
        <w:br w:type="page"/>
      </w:r>
    </w:p>
    <w:p>
      <w:pPr>
        <w:pStyle w:val="Heading1"/>
      </w:pPr>
      <w:r>
        <w:t>Тестовый документ 51</w:t>
      </w:r>
    </w:p>
    <w:p>
      <w:r>
        <w:t>Файл собран на сайте testovye-fayly.ru для проверки программ, которые читают, показывают и конвертируют документы.</w:t>
      </w:r>
    </w:p>
    <w:p>
      <w:r>
        <w:t>Текст здесь нужен только как содержимое: он написан для этого файла и ничего не значит. Кириллица, латиница, цифры 1234567890 и знаки № % — чтобы было видно, как программа справляется с кодировкой.</w:t>
      </w:r>
    </w:p>
    <w:p>
      <w:r>
        <w:t>Проверьте на этом файле: выделение и копирование текста, поиск по документу, печать, пересохранение в другой формат.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Формат</w:t>
            </w:r>
          </w:p>
        </w:tc>
        <w:tc>
          <w:tcPr>
            <w:tcW w:type="dxa" w:w="2880"/>
          </w:tcPr>
          <w:p>
            <w:r>
              <w:t>Расширение</w:t>
            </w:r>
          </w:p>
        </w:tc>
        <w:tc>
          <w:tcPr>
            <w:tcW w:type="dxa" w:w="2880"/>
          </w:tcPr>
          <w:p>
            <w:r>
              <w:t>Тип содержимого</w:t>
            </w:r>
          </w:p>
        </w:tc>
      </w:tr>
      <w:tr>
        <w:tc>
          <w:tcPr>
            <w:tcW w:type="dxa" w:w="2880"/>
          </w:tcPr>
          <w:p>
            <w:r>
              <w:t>Документ Word</w:t>
            </w:r>
          </w:p>
        </w:tc>
        <w:tc>
          <w:tcPr>
            <w:tcW w:type="dxa" w:w="2880"/>
          </w:tcPr>
          <w:p>
            <w:r>
              <w:t>docx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Таблица Excel</w:t>
            </w:r>
          </w:p>
        </w:tc>
        <w:tc>
          <w:tcPr>
            <w:tcW w:type="dxa" w:w="2880"/>
          </w:tcPr>
          <w:p>
            <w:r>
              <w:t>xlsx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Портативный документ</w:t>
            </w:r>
          </w:p>
        </w:tc>
        <w:tc>
          <w:tcPr>
            <w:tcW w:type="dxa" w:w="2880"/>
          </w:tcPr>
          <w:p>
            <w:r>
              <w:t>pdf</w:t>
            </w:r>
          </w:p>
        </w:tc>
        <w:tc>
          <w:tcPr>
            <w:tcW w:type="dxa" w:w="2880"/>
          </w:tcPr>
          <w:p>
            <w:r>
              <w:t>application/pdf</w:t>
            </w:r>
          </w:p>
        </w:tc>
      </w:tr>
      <w:tr>
        <w:tc>
          <w:tcPr>
            <w:tcW w:type="dxa" w:w="2880"/>
          </w:tcPr>
          <w:p>
            <w:r>
              <w:t>Простой текст</w:t>
            </w:r>
          </w:p>
        </w:tc>
        <w:tc>
          <w:tcPr>
            <w:tcW w:type="dxa" w:w="2880"/>
          </w:tcPr>
          <w:p>
            <w:r>
              <w:t>txt</w:t>
            </w:r>
          </w:p>
        </w:tc>
        <w:tc>
          <w:tcPr>
            <w:tcW w:type="dxa" w:w="2880"/>
          </w:tcPr>
          <w:p>
            <w:r>
              <w:t>text/plain</w:t>
            </w:r>
          </w:p>
        </w:tc>
      </w:tr>
    </w:tbl>
    <w:p>
      <w:r>
        <w:br w:type="page"/>
      </w:r>
    </w:p>
    <w:p>
      <w:pPr>
        <w:pStyle w:val="Heading1"/>
      </w:pPr>
      <w:r>
        <w:t>Тестовый документ 52</w:t>
      </w:r>
    </w:p>
    <w:p>
      <w:r>
        <w:t>Файл собран на сайте testovye-fayly.ru для проверки программ, которые читают, показывают и конвертируют документы.</w:t>
      </w:r>
    </w:p>
    <w:p>
      <w:r>
        <w:t>Текст здесь нужен только как содержимое: он написан для этого файла и ничего не значит. Кириллица, латиница, цифры 1234567890 и знаки № % — чтобы было видно, как программа справляется с кодировкой.</w:t>
      </w:r>
    </w:p>
    <w:p>
      <w:r>
        <w:t>Проверьте на этом файле: выделение и копирование текста, поиск по документу, печать, пересохранение в другой формат.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Формат</w:t>
            </w:r>
          </w:p>
        </w:tc>
        <w:tc>
          <w:tcPr>
            <w:tcW w:type="dxa" w:w="2880"/>
          </w:tcPr>
          <w:p>
            <w:r>
              <w:t>Расширение</w:t>
            </w:r>
          </w:p>
        </w:tc>
        <w:tc>
          <w:tcPr>
            <w:tcW w:type="dxa" w:w="2880"/>
          </w:tcPr>
          <w:p>
            <w:r>
              <w:t>Тип содержимого</w:t>
            </w:r>
          </w:p>
        </w:tc>
      </w:tr>
      <w:tr>
        <w:tc>
          <w:tcPr>
            <w:tcW w:type="dxa" w:w="2880"/>
          </w:tcPr>
          <w:p>
            <w:r>
              <w:t>Документ Word</w:t>
            </w:r>
          </w:p>
        </w:tc>
        <w:tc>
          <w:tcPr>
            <w:tcW w:type="dxa" w:w="2880"/>
          </w:tcPr>
          <w:p>
            <w:r>
              <w:t>docx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Таблица Excel</w:t>
            </w:r>
          </w:p>
        </w:tc>
        <w:tc>
          <w:tcPr>
            <w:tcW w:type="dxa" w:w="2880"/>
          </w:tcPr>
          <w:p>
            <w:r>
              <w:t>xlsx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Портативный документ</w:t>
            </w:r>
          </w:p>
        </w:tc>
        <w:tc>
          <w:tcPr>
            <w:tcW w:type="dxa" w:w="2880"/>
          </w:tcPr>
          <w:p>
            <w:r>
              <w:t>pdf</w:t>
            </w:r>
          </w:p>
        </w:tc>
        <w:tc>
          <w:tcPr>
            <w:tcW w:type="dxa" w:w="2880"/>
          </w:tcPr>
          <w:p>
            <w:r>
              <w:t>application/pdf</w:t>
            </w:r>
          </w:p>
        </w:tc>
      </w:tr>
      <w:tr>
        <w:tc>
          <w:tcPr>
            <w:tcW w:type="dxa" w:w="2880"/>
          </w:tcPr>
          <w:p>
            <w:r>
              <w:t>Простой текст</w:t>
            </w:r>
          </w:p>
        </w:tc>
        <w:tc>
          <w:tcPr>
            <w:tcW w:type="dxa" w:w="2880"/>
          </w:tcPr>
          <w:p>
            <w:r>
              <w:t>txt</w:t>
            </w:r>
          </w:p>
        </w:tc>
        <w:tc>
          <w:tcPr>
            <w:tcW w:type="dxa" w:w="2880"/>
          </w:tcPr>
          <w:p>
            <w:r>
              <w:t>text/plain</w:t>
            </w:r>
          </w:p>
        </w:tc>
      </w:tr>
    </w:tbl>
    <w:p>
      <w:r>
        <w:br w:type="page"/>
      </w:r>
    </w:p>
    <w:p>
      <w:pPr>
        <w:pStyle w:val="Heading1"/>
      </w:pPr>
      <w:r>
        <w:t>Тестовый документ 53</w:t>
      </w:r>
    </w:p>
    <w:p>
      <w:r>
        <w:t>Файл собран на сайте testovye-fayly.ru для проверки программ, которые читают, показывают и конвертируют документы.</w:t>
      </w:r>
    </w:p>
    <w:p>
      <w:r>
        <w:t>Текст здесь нужен только как содержимое: он написан для этого файла и ничего не значит. Кириллица, латиница, цифры 1234567890 и знаки № % — чтобы было видно, как программа справляется с кодировкой.</w:t>
      </w:r>
    </w:p>
    <w:p>
      <w:r>
        <w:t>Проверьте на этом файле: выделение и копирование текста, поиск по документу, печать, пересохранение в другой формат.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Формат</w:t>
            </w:r>
          </w:p>
        </w:tc>
        <w:tc>
          <w:tcPr>
            <w:tcW w:type="dxa" w:w="2880"/>
          </w:tcPr>
          <w:p>
            <w:r>
              <w:t>Расширение</w:t>
            </w:r>
          </w:p>
        </w:tc>
        <w:tc>
          <w:tcPr>
            <w:tcW w:type="dxa" w:w="2880"/>
          </w:tcPr>
          <w:p>
            <w:r>
              <w:t>Тип содержимого</w:t>
            </w:r>
          </w:p>
        </w:tc>
      </w:tr>
      <w:tr>
        <w:tc>
          <w:tcPr>
            <w:tcW w:type="dxa" w:w="2880"/>
          </w:tcPr>
          <w:p>
            <w:r>
              <w:t>Документ Word</w:t>
            </w:r>
          </w:p>
        </w:tc>
        <w:tc>
          <w:tcPr>
            <w:tcW w:type="dxa" w:w="2880"/>
          </w:tcPr>
          <w:p>
            <w:r>
              <w:t>docx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Таблица Excel</w:t>
            </w:r>
          </w:p>
        </w:tc>
        <w:tc>
          <w:tcPr>
            <w:tcW w:type="dxa" w:w="2880"/>
          </w:tcPr>
          <w:p>
            <w:r>
              <w:t>xlsx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Портативный документ</w:t>
            </w:r>
          </w:p>
        </w:tc>
        <w:tc>
          <w:tcPr>
            <w:tcW w:type="dxa" w:w="2880"/>
          </w:tcPr>
          <w:p>
            <w:r>
              <w:t>pdf</w:t>
            </w:r>
          </w:p>
        </w:tc>
        <w:tc>
          <w:tcPr>
            <w:tcW w:type="dxa" w:w="2880"/>
          </w:tcPr>
          <w:p>
            <w:r>
              <w:t>application/pdf</w:t>
            </w:r>
          </w:p>
        </w:tc>
      </w:tr>
      <w:tr>
        <w:tc>
          <w:tcPr>
            <w:tcW w:type="dxa" w:w="2880"/>
          </w:tcPr>
          <w:p>
            <w:r>
              <w:t>Простой текст</w:t>
            </w:r>
          </w:p>
        </w:tc>
        <w:tc>
          <w:tcPr>
            <w:tcW w:type="dxa" w:w="2880"/>
          </w:tcPr>
          <w:p>
            <w:r>
              <w:t>txt</w:t>
            </w:r>
          </w:p>
        </w:tc>
        <w:tc>
          <w:tcPr>
            <w:tcW w:type="dxa" w:w="2880"/>
          </w:tcPr>
          <w:p>
            <w:r>
              <w:t>text/plain</w:t>
            </w:r>
          </w:p>
        </w:tc>
      </w:tr>
    </w:tbl>
    <w:p>
      <w:r>
        <w:br w:type="page"/>
      </w:r>
    </w:p>
    <w:p>
      <w:pPr>
        <w:pStyle w:val="Heading1"/>
      </w:pPr>
      <w:r>
        <w:t>Тестовый документ 54</w:t>
      </w:r>
    </w:p>
    <w:p>
      <w:r>
        <w:t>Файл собран на сайте testovye-fayly.ru для проверки программ, которые читают, показывают и конвертируют документы.</w:t>
      </w:r>
    </w:p>
    <w:p>
      <w:r>
        <w:t>Текст здесь нужен только как содержимое: он написан для этого файла и ничего не значит. Кириллица, латиница, цифры 1234567890 и знаки № % — чтобы было видно, как программа справляется с кодировкой.</w:t>
      </w:r>
    </w:p>
    <w:p>
      <w:r>
        <w:t>Проверьте на этом файле: выделение и копирование текста, поиск по документу, печать, пересохранение в другой формат.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Формат</w:t>
            </w:r>
          </w:p>
        </w:tc>
        <w:tc>
          <w:tcPr>
            <w:tcW w:type="dxa" w:w="2880"/>
          </w:tcPr>
          <w:p>
            <w:r>
              <w:t>Расширение</w:t>
            </w:r>
          </w:p>
        </w:tc>
        <w:tc>
          <w:tcPr>
            <w:tcW w:type="dxa" w:w="2880"/>
          </w:tcPr>
          <w:p>
            <w:r>
              <w:t>Тип содержимого</w:t>
            </w:r>
          </w:p>
        </w:tc>
      </w:tr>
      <w:tr>
        <w:tc>
          <w:tcPr>
            <w:tcW w:type="dxa" w:w="2880"/>
          </w:tcPr>
          <w:p>
            <w:r>
              <w:t>Документ Word</w:t>
            </w:r>
          </w:p>
        </w:tc>
        <w:tc>
          <w:tcPr>
            <w:tcW w:type="dxa" w:w="2880"/>
          </w:tcPr>
          <w:p>
            <w:r>
              <w:t>docx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Таблица Excel</w:t>
            </w:r>
          </w:p>
        </w:tc>
        <w:tc>
          <w:tcPr>
            <w:tcW w:type="dxa" w:w="2880"/>
          </w:tcPr>
          <w:p>
            <w:r>
              <w:t>xlsx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Портативный документ</w:t>
            </w:r>
          </w:p>
        </w:tc>
        <w:tc>
          <w:tcPr>
            <w:tcW w:type="dxa" w:w="2880"/>
          </w:tcPr>
          <w:p>
            <w:r>
              <w:t>pdf</w:t>
            </w:r>
          </w:p>
        </w:tc>
        <w:tc>
          <w:tcPr>
            <w:tcW w:type="dxa" w:w="2880"/>
          </w:tcPr>
          <w:p>
            <w:r>
              <w:t>application/pdf</w:t>
            </w:r>
          </w:p>
        </w:tc>
      </w:tr>
      <w:tr>
        <w:tc>
          <w:tcPr>
            <w:tcW w:type="dxa" w:w="2880"/>
          </w:tcPr>
          <w:p>
            <w:r>
              <w:t>Простой текст</w:t>
            </w:r>
          </w:p>
        </w:tc>
        <w:tc>
          <w:tcPr>
            <w:tcW w:type="dxa" w:w="2880"/>
          </w:tcPr>
          <w:p>
            <w:r>
              <w:t>txt</w:t>
            </w:r>
          </w:p>
        </w:tc>
        <w:tc>
          <w:tcPr>
            <w:tcW w:type="dxa" w:w="2880"/>
          </w:tcPr>
          <w:p>
            <w:r>
              <w:t>text/plain</w:t>
            </w:r>
          </w:p>
        </w:tc>
      </w:tr>
    </w:tbl>
    <w:p>
      <w:r>
        <w:br w:type="page"/>
      </w:r>
    </w:p>
    <w:p>
      <w:pPr>
        <w:pStyle w:val="Heading1"/>
      </w:pPr>
      <w:r>
        <w:t>Тестовый документ 55</w:t>
      </w:r>
    </w:p>
    <w:p>
      <w:r>
        <w:t>Файл собран на сайте testovye-fayly.ru для проверки программ, которые читают, показывают и конвертируют документы.</w:t>
      </w:r>
    </w:p>
    <w:p>
      <w:r>
        <w:t>Текст здесь нужен только как содержимое: он написан для этого файла и ничего не значит. Кириллица, латиница, цифры 1234567890 и знаки № % — чтобы было видно, как программа справляется с кодировкой.</w:t>
      </w:r>
    </w:p>
    <w:p>
      <w:r>
        <w:t>Проверьте на этом файле: выделение и копирование текста, поиск по документу, печать, пересохранение в другой формат.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Формат</w:t>
            </w:r>
          </w:p>
        </w:tc>
        <w:tc>
          <w:tcPr>
            <w:tcW w:type="dxa" w:w="2880"/>
          </w:tcPr>
          <w:p>
            <w:r>
              <w:t>Расширение</w:t>
            </w:r>
          </w:p>
        </w:tc>
        <w:tc>
          <w:tcPr>
            <w:tcW w:type="dxa" w:w="2880"/>
          </w:tcPr>
          <w:p>
            <w:r>
              <w:t>Тип содержимого</w:t>
            </w:r>
          </w:p>
        </w:tc>
      </w:tr>
      <w:tr>
        <w:tc>
          <w:tcPr>
            <w:tcW w:type="dxa" w:w="2880"/>
          </w:tcPr>
          <w:p>
            <w:r>
              <w:t>Документ Word</w:t>
            </w:r>
          </w:p>
        </w:tc>
        <w:tc>
          <w:tcPr>
            <w:tcW w:type="dxa" w:w="2880"/>
          </w:tcPr>
          <w:p>
            <w:r>
              <w:t>docx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Таблица Excel</w:t>
            </w:r>
          </w:p>
        </w:tc>
        <w:tc>
          <w:tcPr>
            <w:tcW w:type="dxa" w:w="2880"/>
          </w:tcPr>
          <w:p>
            <w:r>
              <w:t>xlsx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Портативный документ</w:t>
            </w:r>
          </w:p>
        </w:tc>
        <w:tc>
          <w:tcPr>
            <w:tcW w:type="dxa" w:w="2880"/>
          </w:tcPr>
          <w:p>
            <w:r>
              <w:t>pdf</w:t>
            </w:r>
          </w:p>
        </w:tc>
        <w:tc>
          <w:tcPr>
            <w:tcW w:type="dxa" w:w="2880"/>
          </w:tcPr>
          <w:p>
            <w:r>
              <w:t>application/pdf</w:t>
            </w:r>
          </w:p>
        </w:tc>
      </w:tr>
      <w:tr>
        <w:tc>
          <w:tcPr>
            <w:tcW w:type="dxa" w:w="2880"/>
          </w:tcPr>
          <w:p>
            <w:r>
              <w:t>Простой текст</w:t>
            </w:r>
          </w:p>
        </w:tc>
        <w:tc>
          <w:tcPr>
            <w:tcW w:type="dxa" w:w="2880"/>
          </w:tcPr>
          <w:p>
            <w:r>
              <w:t>txt</w:t>
            </w:r>
          </w:p>
        </w:tc>
        <w:tc>
          <w:tcPr>
            <w:tcW w:type="dxa" w:w="2880"/>
          </w:tcPr>
          <w:p>
            <w:r>
              <w:t>text/plain</w:t>
            </w:r>
          </w:p>
        </w:tc>
      </w:tr>
    </w:tbl>
    <w:p>
      <w:r>
        <w:br w:type="page"/>
      </w:r>
    </w:p>
    <w:p>
      <w:pPr>
        <w:pStyle w:val="Heading1"/>
      </w:pPr>
      <w:r>
        <w:t>Тестовый документ 56</w:t>
      </w:r>
    </w:p>
    <w:p>
      <w:r>
        <w:t>Файл собран на сайте testovye-fayly.ru для проверки программ, которые читают, показывают и конвертируют документы.</w:t>
      </w:r>
    </w:p>
    <w:p>
      <w:r>
        <w:t>Текст здесь нужен только как содержимое: он написан для этого файла и ничего не значит. Кириллица, латиница, цифры 1234567890 и знаки № % — чтобы было видно, как программа справляется с кодировкой.</w:t>
      </w:r>
    </w:p>
    <w:p>
      <w:r>
        <w:t>Проверьте на этом файле: выделение и копирование текста, поиск по документу, печать, пересохранение в другой формат.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Формат</w:t>
            </w:r>
          </w:p>
        </w:tc>
        <w:tc>
          <w:tcPr>
            <w:tcW w:type="dxa" w:w="2880"/>
          </w:tcPr>
          <w:p>
            <w:r>
              <w:t>Расширение</w:t>
            </w:r>
          </w:p>
        </w:tc>
        <w:tc>
          <w:tcPr>
            <w:tcW w:type="dxa" w:w="2880"/>
          </w:tcPr>
          <w:p>
            <w:r>
              <w:t>Тип содержимого</w:t>
            </w:r>
          </w:p>
        </w:tc>
      </w:tr>
      <w:tr>
        <w:tc>
          <w:tcPr>
            <w:tcW w:type="dxa" w:w="2880"/>
          </w:tcPr>
          <w:p>
            <w:r>
              <w:t>Документ Word</w:t>
            </w:r>
          </w:p>
        </w:tc>
        <w:tc>
          <w:tcPr>
            <w:tcW w:type="dxa" w:w="2880"/>
          </w:tcPr>
          <w:p>
            <w:r>
              <w:t>docx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Таблица Excel</w:t>
            </w:r>
          </w:p>
        </w:tc>
        <w:tc>
          <w:tcPr>
            <w:tcW w:type="dxa" w:w="2880"/>
          </w:tcPr>
          <w:p>
            <w:r>
              <w:t>xlsx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Портативный документ</w:t>
            </w:r>
          </w:p>
        </w:tc>
        <w:tc>
          <w:tcPr>
            <w:tcW w:type="dxa" w:w="2880"/>
          </w:tcPr>
          <w:p>
            <w:r>
              <w:t>pdf</w:t>
            </w:r>
          </w:p>
        </w:tc>
        <w:tc>
          <w:tcPr>
            <w:tcW w:type="dxa" w:w="2880"/>
          </w:tcPr>
          <w:p>
            <w:r>
              <w:t>application/pdf</w:t>
            </w:r>
          </w:p>
        </w:tc>
      </w:tr>
      <w:tr>
        <w:tc>
          <w:tcPr>
            <w:tcW w:type="dxa" w:w="2880"/>
          </w:tcPr>
          <w:p>
            <w:r>
              <w:t>Простой текст</w:t>
            </w:r>
          </w:p>
        </w:tc>
        <w:tc>
          <w:tcPr>
            <w:tcW w:type="dxa" w:w="2880"/>
          </w:tcPr>
          <w:p>
            <w:r>
              <w:t>txt</w:t>
            </w:r>
          </w:p>
        </w:tc>
        <w:tc>
          <w:tcPr>
            <w:tcW w:type="dxa" w:w="2880"/>
          </w:tcPr>
          <w:p>
            <w:r>
              <w:t>text/plain</w:t>
            </w:r>
          </w:p>
        </w:tc>
      </w:tr>
    </w:tbl>
    <w:p>
      <w:r>
        <w:br w:type="page"/>
      </w:r>
    </w:p>
    <w:p>
      <w:pPr>
        <w:pStyle w:val="Heading1"/>
      </w:pPr>
      <w:r>
        <w:t>Тестовый документ 57</w:t>
      </w:r>
    </w:p>
    <w:p>
      <w:r>
        <w:t>Файл собран на сайте testovye-fayly.ru для проверки программ, которые читают, показывают и конвертируют документы.</w:t>
      </w:r>
    </w:p>
    <w:p>
      <w:r>
        <w:t>Текст здесь нужен только как содержимое: он написан для этого файла и ничего не значит. Кириллица, латиница, цифры 1234567890 и знаки № % — чтобы было видно, как программа справляется с кодировкой.</w:t>
      </w:r>
    </w:p>
    <w:p>
      <w:r>
        <w:t>Проверьте на этом файле: выделение и копирование текста, поиск по документу, печать, пересохранение в другой формат.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Формат</w:t>
            </w:r>
          </w:p>
        </w:tc>
        <w:tc>
          <w:tcPr>
            <w:tcW w:type="dxa" w:w="2880"/>
          </w:tcPr>
          <w:p>
            <w:r>
              <w:t>Расширение</w:t>
            </w:r>
          </w:p>
        </w:tc>
        <w:tc>
          <w:tcPr>
            <w:tcW w:type="dxa" w:w="2880"/>
          </w:tcPr>
          <w:p>
            <w:r>
              <w:t>Тип содержимого</w:t>
            </w:r>
          </w:p>
        </w:tc>
      </w:tr>
      <w:tr>
        <w:tc>
          <w:tcPr>
            <w:tcW w:type="dxa" w:w="2880"/>
          </w:tcPr>
          <w:p>
            <w:r>
              <w:t>Документ Word</w:t>
            </w:r>
          </w:p>
        </w:tc>
        <w:tc>
          <w:tcPr>
            <w:tcW w:type="dxa" w:w="2880"/>
          </w:tcPr>
          <w:p>
            <w:r>
              <w:t>docx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Таблица Excel</w:t>
            </w:r>
          </w:p>
        </w:tc>
        <w:tc>
          <w:tcPr>
            <w:tcW w:type="dxa" w:w="2880"/>
          </w:tcPr>
          <w:p>
            <w:r>
              <w:t>xlsx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Портативный документ</w:t>
            </w:r>
          </w:p>
        </w:tc>
        <w:tc>
          <w:tcPr>
            <w:tcW w:type="dxa" w:w="2880"/>
          </w:tcPr>
          <w:p>
            <w:r>
              <w:t>pdf</w:t>
            </w:r>
          </w:p>
        </w:tc>
        <w:tc>
          <w:tcPr>
            <w:tcW w:type="dxa" w:w="2880"/>
          </w:tcPr>
          <w:p>
            <w:r>
              <w:t>application/pdf</w:t>
            </w:r>
          </w:p>
        </w:tc>
      </w:tr>
      <w:tr>
        <w:tc>
          <w:tcPr>
            <w:tcW w:type="dxa" w:w="2880"/>
          </w:tcPr>
          <w:p>
            <w:r>
              <w:t>Простой текст</w:t>
            </w:r>
          </w:p>
        </w:tc>
        <w:tc>
          <w:tcPr>
            <w:tcW w:type="dxa" w:w="2880"/>
          </w:tcPr>
          <w:p>
            <w:r>
              <w:t>txt</w:t>
            </w:r>
          </w:p>
        </w:tc>
        <w:tc>
          <w:tcPr>
            <w:tcW w:type="dxa" w:w="2880"/>
          </w:tcPr>
          <w:p>
            <w:r>
              <w:t>text/plain</w:t>
            </w:r>
          </w:p>
        </w:tc>
      </w:tr>
    </w:tbl>
    <w:p>
      <w:r>
        <w:br w:type="page"/>
      </w:r>
    </w:p>
    <w:p>
      <w:pPr>
        <w:pStyle w:val="Heading1"/>
      </w:pPr>
      <w:r>
        <w:t>Тестовый документ 58</w:t>
      </w:r>
    </w:p>
    <w:p>
      <w:r>
        <w:t>Файл собран на сайте testovye-fayly.ru для проверки программ, которые читают, показывают и конвертируют документы.</w:t>
      </w:r>
    </w:p>
    <w:p>
      <w:r>
        <w:t>Текст здесь нужен только как содержимое: он написан для этого файла и ничего не значит. Кириллица, латиница, цифры 1234567890 и знаки № % — чтобы было видно, как программа справляется с кодировкой.</w:t>
      </w:r>
    </w:p>
    <w:p>
      <w:r>
        <w:t>Проверьте на этом файле: выделение и копирование текста, поиск по документу, печать, пересохранение в другой формат.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Формат</w:t>
            </w:r>
          </w:p>
        </w:tc>
        <w:tc>
          <w:tcPr>
            <w:tcW w:type="dxa" w:w="2880"/>
          </w:tcPr>
          <w:p>
            <w:r>
              <w:t>Расширение</w:t>
            </w:r>
          </w:p>
        </w:tc>
        <w:tc>
          <w:tcPr>
            <w:tcW w:type="dxa" w:w="2880"/>
          </w:tcPr>
          <w:p>
            <w:r>
              <w:t>Тип содержимого</w:t>
            </w:r>
          </w:p>
        </w:tc>
      </w:tr>
      <w:tr>
        <w:tc>
          <w:tcPr>
            <w:tcW w:type="dxa" w:w="2880"/>
          </w:tcPr>
          <w:p>
            <w:r>
              <w:t>Документ Word</w:t>
            </w:r>
          </w:p>
        </w:tc>
        <w:tc>
          <w:tcPr>
            <w:tcW w:type="dxa" w:w="2880"/>
          </w:tcPr>
          <w:p>
            <w:r>
              <w:t>docx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Таблица Excel</w:t>
            </w:r>
          </w:p>
        </w:tc>
        <w:tc>
          <w:tcPr>
            <w:tcW w:type="dxa" w:w="2880"/>
          </w:tcPr>
          <w:p>
            <w:r>
              <w:t>xlsx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Портативный документ</w:t>
            </w:r>
          </w:p>
        </w:tc>
        <w:tc>
          <w:tcPr>
            <w:tcW w:type="dxa" w:w="2880"/>
          </w:tcPr>
          <w:p>
            <w:r>
              <w:t>pdf</w:t>
            </w:r>
          </w:p>
        </w:tc>
        <w:tc>
          <w:tcPr>
            <w:tcW w:type="dxa" w:w="2880"/>
          </w:tcPr>
          <w:p>
            <w:r>
              <w:t>application/pdf</w:t>
            </w:r>
          </w:p>
        </w:tc>
      </w:tr>
      <w:tr>
        <w:tc>
          <w:tcPr>
            <w:tcW w:type="dxa" w:w="2880"/>
          </w:tcPr>
          <w:p>
            <w:r>
              <w:t>Простой текст</w:t>
            </w:r>
          </w:p>
        </w:tc>
        <w:tc>
          <w:tcPr>
            <w:tcW w:type="dxa" w:w="2880"/>
          </w:tcPr>
          <w:p>
            <w:r>
              <w:t>txt</w:t>
            </w:r>
          </w:p>
        </w:tc>
        <w:tc>
          <w:tcPr>
            <w:tcW w:type="dxa" w:w="2880"/>
          </w:tcPr>
          <w:p>
            <w:r>
              <w:t>text/plain</w:t>
            </w:r>
          </w:p>
        </w:tc>
      </w:tr>
    </w:tbl>
    <w:p>
      <w:r>
        <w:br w:type="page"/>
      </w:r>
    </w:p>
    <w:p>
      <w:pPr>
        <w:pStyle w:val="Heading1"/>
      </w:pPr>
      <w:r>
        <w:t>Тестовый документ 59</w:t>
      </w:r>
    </w:p>
    <w:p>
      <w:r>
        <w:t>Файл собран на сайте testovye-fayly.ru для проверки программ, которые читают, показывают и конвертируют документы.</w:t>
      </w:r>
    </w:p>
    <w:p>
      <w:r>
        <w:t>Текст здесь нужен только как содержимое: он написан для этого файла и ничего не значит. Кириллица, латиница, цифры 1234567890 и знаки № % — чтобы было видно, как программа справляется с кодировкой.</w:t>
      </w:r>
    </w:p>
    <w:p>
      <w:r>
        <w:t>Проверьте на этом файле: выделение и копирование текста, поиск по документу, печать, пересохранение в другой формат.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Формат</w:t>
            </w:r>
          </w:p>
        </w:tc>
        <w:tc>
          <w:tcPr>
            <w:tcW w:type="dxa" w:w="2880"/>
          </w:tcPr>
          <w:p>
            <w:r>
              <w:t>Расширение</w:t>
            </w:r>
          </w:p>
        </w:tc>
        <w:tc>
          <w:tcPr>
            <w:tcW w:type="dxa" w:w="2880"/>
          </w:tcPr>
          <w:p>
            <w:r>
              <w:t>Тип содержимого</w:t>
            </w:r>
          </w:p>
        </w:tc>
      </w:tr>
      <w:tr>
        <w:tc>
          <w:tcPr>
            <w:tcW w:type="dxa" w:w="2880"/>
          </w:tcPr>
          <w:p>
            <w:r>
              <w:t>Документ Word</w:t>
            </w:r>
          </w:p>
        </w:tc>
        <w:tc>
          <w:tcPr>
            <w:tcW w:type="dxa" w:w="2880"/>
          </w:tcPr>
          <w:p>
            <w:r>
              <w:t>docx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Таблица Excel</w:t>
            </w:r>
          </w:p>
        </w:tc>
        <w:tc>
          <w:tcPr>
            <w:tcW w:type="dxa" w:w="2880"/>
          </w:tcPr>
          <w:p>
            <w:r>
              <w:t>xlsx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Портативный документ</w:t>
            </w:r>
          </w:p>
        </w:tc>
        <w:tc>
          <w:tcPr>
            <w:tcW w:type="dxa" w:w="2880"/>
          </w:tcPr>
          <w:p>
            <w:r>
              <w:t>pdf</w:t>
            </w:r>
          </w:p>
        </w:tc>
        <w:tc>
          <w:tcPr>
            <w:tcW w:type="dxa" w:w="2880"/>
          </w:tcPr>
          <w:p>
            <w:r>
              <w:t>application/pdf</w:t>
            </w:r>
          </w:p>
        </w:tc>
      </w:tr>
      <w:tr>
        <w:tc>
          <w:tcPr>
            <w:tcW w:type="dxa" w:w="2880"/>
          </w:tcPr>
          <w:p>
            <w:r>
              <w:t>Простой текст</w:t>
            </w:r>
          </w:p>
        </w:tc>
        <w:tc>
          <w:tcPr>
            <w:tcW w:type="dxa" w:w="2880"/>
          </w:tcPr>
          <w:p>
            <w:r>
              <w:t>txt</w:t>
            </w:r>
          </w:p>
        </w:tc>
        <w:tc>
          <w:tcPr>
            <w:tcW w:type="dxa" w:w="2880"/>
          </w:tcPr>
          <w:p>
            <w:r>
              <w:t>text/plain</w:t>
            </w:r>
          </w:p>
        </w:tc>
      </w:tr>
    </w:tbl>
    <w:p>
      <w:r>
        <w:br w:type="page"/>
      </w:r>
    </w:p>
    <w:p>
      <w:pPr>
        <w:pStyle w:val="Heading1"/>
      </w:pPr>
      <w:r>
        <w:t>Тестовый документ 60</w:t>
      </w:r>
    </w:p>
    <w:p>
      <w:r>
        <w:t>Файл собран на сайте testovye-fayly.ru для проверки программ, которые читают, показывают и конвертируют документы.</w:t>
      </w:r>
    </w:p>
    <w:p>
      <w:r>
        <w:t>Текст здесь нужен только как содержимое: он написан для этого файла и ничего не значит. Кириллица, латиница, цифры 1234567890 и знаки № % — чтобы было видно, как программа справляется с кодировкой.</w:t>
      </w:r>
    </w:p>
    <w:p>
      <w:r>
        <w:t>Проверьте на этом файле: выделение и копирование текста, поиск по документу, печать, пересохранение в другой формат.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Формат</w:t>
            </w:r>
          </w:p>
        </w:tc>
        <w:tc>
          <w:tcPr>
            <w:tcW w:type="dxa" w:w="2880"/>
          </w:tcPr>
          <w:p>
            <w:r>
              <w:t>Расширение</w:t>
            </w:r>
          </w:p>
        </w:tc>
        <w:tc>
          <w:tcPr>
            <w:tcW w:type="dxa" w:w="2880"/>
          </w:tcPr>
          <w:p>
            <w:r>
              <w:t>Тип содержимого</w:t>
            </w:r>
          </w:p>
        </w:tc>
      </w:tr>
      <w:tr>
        <w:tc>
          <w:tcPr>
            <w:tcW w:type="dxa" w:w="2880"/>
          </w:tcPr>
          <w:p>
            <w:r>
              <w:t>Документ Word</w:t>
            </w:r>
          </w:p>
        </w:tc>
        <w:tc>
          <w:tcPr>
            <w:tcW w:type="dxa" w:w="2880"/>
          </w:tcPr>
          <w:p>
            <w:r>
              <w:t>docx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Таблица Excel</w:t>
            </w:r>
          </w:p>
        </w:tc>
        <w:tc>
          <w:tcPr>
            <w:tcW w:type="dxa" w:w="2880"/>
          </w:tcPr>
          <w:p>
            <w:r>
              <w:t>xlsx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Портативный документ</w:t>
            </w:r>
          </w:p>
        </w:tc>
        <w:tc>
          <w:tcPr>
            <w:tcW w:type="dxa" w:w="2880"/>
          </w:tcPr>
          <w:p>
            <w:r>
              <w:t>pdf</w:t>
            </w:r>
          </w:p>
        </w:tc>
        <w:tc>
          <w:tcPr>
            <w:tcW w:type="dxa" w:w="2880"/>
          </w:tcPr>
          <w:p>
            <w:r>
              <w:t>application/pdf</w:t>
            </w:r>
          </w:p>
        </w:tc>
      </w:tr>
      <w:tr>
        <w:tc>
          <w:tcPr>
            <w:tcW w:type="dxa" w:w="2880"/>
          </w:tcPr>
          <w:p>
            <w:r>
              <w:t>Простой текст</w:t>
            </w:r>
          </w:p>
        </w:tc>
        <w:tc>
          <w:tcPr>
            <w:tcW w:type="dxa" w:w="2880"/>
          </w:tcPr>
          <w:p>
            <w:r>
              <w:t>txt</w:t>
            </w:r>
          </w:p>
        </w:tc>
        <w:tc>
          <w:tcPr>
            <w:tcW w:type="dxa" w:w="2880"/>
          </w:tcPr>
          <w:p>
            <w:r>
              <w:t>text/plain</w:t>
            </w:r>
          </w:p>
        </w:tc>
      </w:tr>
    </w:tbl>
    <w:p>
      <w:r>
        <w:br w:type="page"/>
      </w:r>
    </w:p>
    <w:p>
      <w:pPr>
        <w:pStyle w:val="Heading1"/>
      </w:pPr>
      <w:r>
        <w:t>Тестовый документ 61</w:t>
      </w:r>
    </w:p>
    <w:p>
      <w:r>
        <w:t>Файл собран на сайте testovye-fayly.ru для проверки программ, которые читают, показывают и конвертируют документы.</w:t>
      </w:r>
    </w:p>
    <w:p>
      <w:r>
        <w:t>Текст здесь нужен только как содержимое: он написан для этого файла и ничего не значит. Кириллица, латиница, цифры 1234567890 и знаки № % — чтобы было видно, как программа справляется с кодировкой.</w:t>
      </w:r>
    </w:p>
    <w:p>
      <w:r>
        <w:t>Проверьте на этом файле: выделение и копирование текста, поиск по документу, печать, пересохранение в другой формат.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Формат</w:t>
            </w:r>
          </w:p>
        </w:tc>
        <w:tc>
          <w:tcPr>
            <w:tcW w:type="dxa" w:w="2880"/>
          </w:tcPr>
          <w:p>
            <w:r>
              <w:t>Расширение</w:t>
            </w:r>
          </w:p>
        </w:tc>
        <w:tc>
          <w:tcPr>
            <w:tcW w:type="dxa" w:w="2880"/>
          </w:tcPr>
          <w:p>
            <w:r>
              <w:t>Тип содержимого</w:t>
            </w:r>
          </w:p>
        </w:tc>
      </w:tr>
      <w:tr>
        <w:tc>
          <w:tcPr>
            <w:tcW w:type="dxa" w:w="2880"/>
          </w:tcPr>
          <w:p>
            <w:r>
              <w:t>Документ Word</w:t>
            </w:r>
          </w:p>
        </w:tc>
        <w:tc>
          <w:tcPr>
            <w:tcW w:type="dxa" w:w="2880"/>
          </w:tcPr>
          <w:p>
            <w:r>
              <w:t>docx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Таблица Excel</w:t>
            </w:r>
          </w:p>
        </w:tc>
        <w:tc>
          <w:tcPr>
            <w:tcW w:type="dxa" w:w="2880"/>
          </w:tcPr>
          <w:p>
            <w:r>
              <w:t>xlsx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Портативный документ</w:t>
            </w:r>
          </w:p>
        </w:tc>
        <w:tc>
          <w:tcPr>
            <w:tcW w:type="dxa" w:w="2880"/>
          </w:tcPr>
          <w:p>
            <w:r>
              <w:t>pdf</w:t>
            </w:r>
          </w:p>
        </w:tc>
        <w:tc>
          <w:tcPr>
            <w:tcW w:type="dxa" w:w="2880"/>
          </w:tcPr>
          <w:p>
            <w:r>
              <w:t>application/pdf</w:t>
            </w:r>
          </w:p>
        </w:tc>
      </w:tr>
      <w:tr>
        <w:tc>
          <w:tcPr>
            <w:tcW w:type="dxa" w:w="2880"/>
          </w:tcPr>
          <w:p>
            <w:r>
              <w:t>Простой текст</w:t>
            </w:r>
          </w:p>
        </w:tc>
        <w:tc>
          <w:tcPr>
            <w:tcW w:type="dxa" w:w="2880"/>
          </w:tcPr>
          <w:p>
            <w:r>
              <w:t>txt</w:t>
            </w:r>
          </w:p>
        </w:tc>
        <w:tc>
          <w:tcPr>
            <w:tcW w:type="dxa" w:w="2880"/>
          </w:tcPr>
          <w:p>
            <w:r>
              <w:t>text/plain</w:t>
            </w:r>
          </w:p>
        </w:tc>
      </w:tr>
    </w:tbl>
    <w:p>
      <w:r>
        <w:br w:type="page"/>
      </w:r>
    </w:p>
    <w:p>
      <w:pPr>
        <w:pStyle w:val="Heading1"/>
      </w:pPr>
      <w:r>
        <w:t>Тестовый документ 62</w:t>
      </w:r>
    </w:p>
    <w:p>
      <w:r>
        <w:t>Файл собран на сайте testovye-fayly.ru для проверки программ, которые читают, показывают и конвертируют документы.</w:t>
      </w:r>
    </w:p>
    <w:p>
      <w:r>
        <w:t>Текст здесь нужен только как содержимое: он написан для этого файла и ничего не значит. Кириллица, латиница, цифры 1234567890 и знаки № % — чтобы было видно, как программа справляется с кодировкой.</w:t>
      </w:r>
    </w:p>
    <w:p>
      <w:r>
        <w:t>Проверьте на этом файле: выделение и копирование текста, поиск по документу, печать, пересохранение в другой формат.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Формат</w:t>
            </w:r>
          </w:p>
        </w:tc>
        <w:tc>
          <w:tcPr>
            <w:tcW w:type="dxa" w:w="2880"/>
          </w:tcPr>
          <w:p>
            <w:r>
              <w:t>Расширение</w:t>
            </w:r>
          </w:p>
        </w:tc>
        <w:tc>
          <w:tcPr>
            <w:tcW w:type="dxa" w:w="2880"/>
          </w:tcPr>
          <w:p>
            <w:r>
              <w:t>Тип содержимого</w:t>
            </w:r>
          </w:p>
        </w:tc>
      </w:tr>
      <w:tr>
        <w:tc>
          <w:tcPr>
            <w:tcW w:type="dxa" w:w="2880"/>
          </w:tcPr>
          <w:p>
            <w:r>
              <w:t>Документ Word</w:t>
            </w:r>
          </w:p>
        </w:tc>
        <w:tc>
          <w:tcPr>
            <w:tcW w:type="dxa" w:w="2880"/>
          </w:tcPr>
          <w:p>
            <w:r>
              <w:t>docx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Таблица Excel</w:t>
            </w:r>
          </w:p>
        </w:tc>
        <w:tc>
          <w:tcPr>
            <w:tcW w:type="dxa" w:w="2880"/>
          </w:tcPr>
          <w:p>
            <w:r>
              <w:t>xlsx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Портативный документ</w:t>
            </w:r>
          </w:p>
        </w:tc>
        <w:tc>
          <w:tcPr>
            <w:tcW w:type="dxa" w:w="2880"/>
          </w:tcPr>
          <w:p>
            <w:r>
              <w:t>pdf</w:t>
            </w:r>
          </w:p>
        </w:tc>
        <w:tc>
          <w:tcPr>
            <w:tcW w:type="dxa" w:w="2880"/>
          </w:tcPr>
          <w:p>
            <w:r>
              <w:t>application/pdf</w:t>
            </w:r>
          </w:p>
        </w:tc>
      </w:tr>
      <w:tr>
        <w:tc>
          <w:tcPr>
            <w:tcW w:type="dxa" w:w="2880"/>
          </w:tcPr>
          <w:p>
            <w:r>
              <w:t>Простой текст</w:t>
            </w:r>
          </w:p>
        </w:tc>
        <w:tc>
          <w:tcPr>
            <w:tcW w:type="dxa" w:w="2880"/>
          </w:tcPr>
          <w:p>
            <w:r>
              <w:t>txt</w:t>
            </w:r>
          </w:p>
        </w:tc>
        <w:tc>
          <w:tcPr>
            <w:tcW w:type="dxa" w:w="2880"/>
          </w:tcPr>
          <w:p>
            <w:r>
              <w:t>text/plain</w:t>
            </w:r>
          </w:p>
        </w:tc>
      </w:tr>
    </w:tbl>
    <w:p>
      <w:r>
        <w:br w:type="page"/>
      </w:r>
    </w:p>
    <w:p>
      <w:pPr>
        <w:pStyle w:val="Heading1"/>
      </w:pPr>
      <w:r>
        <w:t>Тестовый документ 63</w:t>
      </w:r>
    </w:p>
    <w:p>
      <w:r>
        <w:t>Файл собран на сайте testovye-fayly.ru для проверки программ, которые читают, показывают и конвертируют документы.</w:t>
      </w:r>
    </w:p>
    <w:p>
      <w:r>
        <w:t>Текст здесь нужен только как содержимое: он написан для этого файла и ничего не значит. Кириллица, латиница, цифры 1234567890 и знаки № % — чтобы было видно, как программа справляется с кодировкой.</w:t>
      </w:r>
    </w:p>
    <w:p>
      <w:r>
        <w:t>Проверьте на этом файле: выделение и копирование текста, поиск по документу, печать, пересохранение в другой формат.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Формат</w:t>
            </w:r>
          </w:p>
        </w:tc>
        <w:tc>
          <w:tcPr>
            <w:tcW w:type="dxa" w:w="2880"/>
          </w:tcPr>
          <w:p>
            <w:r>
              <w:t>Расширение</w:t>
            </w:r>
          </w:p>
        </w:tc>
        <w:tc>
          <w:tcPr>
            <w:tcW w:type="dxa" w:w="2880"/>
          </w:tcPr>
          <w:p>
            <w:r>
              <w:t>Тип содержимого</w:t>
            </w:r>
          </w:p>
        </w:tc>
      </w:tr>
      <w:tr>
        <w:tc>
          <w:tcPr>
            <w:tcW w:type="dxa" w:w="2880"/>
          </w:tcPr>
          <w:p>
            <w:r>
              <w:t>Документ Word</w:t>
            </w:r>
          </w:p>
        </w:tc>
        <w:tc>
          <w:tcPr>
            <w:tcW w:type="dxa" w:w="2880"/>
          </w:tcPr>
          <w:p>
            <w:r>
              <w:t>docx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Таблица Excel</w:t>
            </w:r>
          </w:p>
        </w:tc>
        <w:tc>
          <w:tcPr>
            <w:tcW w:type="dxa" w:w="2880"/>
          </w:tcPr>
          <w:p>
            <w:r>
              <w:t>xlsx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Портативный документ</w:t>
            </w:r>
          </w:p>
        </w:tc>
        <w:tc>
          <w:tcPr>
            <w:tcW w:type="dxa" w:w="2880"/>
          </w:tcPr>
          <w:p>
            <w:r>
              <w:t>pdf</w:t>
            </w:r>
          </w:p>
        </w:tc>
        <w:tc>
          <w:tcPr>
            <w:tcW w:type="dxa" w:w="2880"/>
          </w:tcPr>
          <w:p>
            <w:r>
              <w:t>application/pdf</w:t>
            </w:r>
          </w:p>
        </w:tc>
      </w:tr>
      <w:tr>
        <w:tc>
          <w:tcPr>
            <w:tcW w:type="dxa" w:w="2880"/>
          </w:tcPr>
          <w:p>
            <w:r>
              <w:t>Простой текст</w:t>
            </w:r>
          </w:p>
        </w:tc>
        <w:tc>
          <w:tcPr>
            <w:tcW w:type="dxa" w:w="2880"/>
          </w:tcPr>
          <w:p>
            <w:r>
              <w:t>txt</w:t>
            </w:r>
          </w:p>
        </w:tc>
        <w:tc>
          <w:tcPr>
            <w:tcW w:type="dxa" w:w="2880"/>
          </w:tcPr>
          <w:p>
            <w:r>
              <w:t>text/plain</w:t>
            </w:r>
          </w:p>
        </w:tc>
      </w:tr>
    </w:tbl>
    <w:p>
      <w:r>
        <w:br w:type="page"/>
      </w:r>
    </w:p>
    <w:p>
      <w:pPr>
        <w:pStyle w:val="Heading1"/>
      </w:pPr>
      <w:r>
        <w:t>Тестовый документ 64</w:t>
      </w:r>
    </w:p>
    <w:p>
      <w:r>
        <w:t>Файл собран на сайте testovye-fayly.ru для проверки программ, которые читают, показывают и конвертируют документы.</w:t>
      </w:r>
    </w:p>
    <w:p>
      <w:r>
        <w:t>Текст здесь нужен только как содержимое: он написан для этого файла и ничего не значит. Кириллица, латиница, цифры 1234567890 и знаки № % — чтобы было видно, как программа справляется с кодировкой.</w:t>
      </w:r>
    </w:p>
    <w:p>
      <w:r>
        <w:t>Проверьте на этом файле: выделение и копирование текста, поиск по документу, печать, пересохранение в другой формат.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Формат</w:t>
            </w:r>
          </w:p>
        </w:tc>
        <w:tc>
          <w:tcPr>
            <w:tcW w:type="dxa" w:w="2880"/>
          </w:tcPr>
          <w:p>
            <w:r>
              <w:t>Расширение</w:t>
            </w:r>
          </w:p>
        </w:tc>
        <w:tc>
          <w:tcPr>
            <w:tcW w:type="dxa" w:w="2880"/>
          </w:tcPr>
          <w:p>
            <w:r>
              <w:t>Тип содержимого</w:t>
            </w:r>
          </w:p>
        </w:tc>
      </w:tr>
      <w:tr>
        <w:tc>
          <w:tcPr>
            <w:tcW w:type="dxa" w:w="2880"/>
          </w:tcPr>
          <w:p>
            <w:r>
              <w:t>Документ Word</w:t>
            </w:r>
          </w:p>
        </w:tc>
        <w:tc>
          <w:tcPr>
            <w:tcW w:type="dxa" w:w="2880"/>
          </w:tcPr>
          <w:p>
            <w:r>
              <w:t>docx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Таблица Excel</w:t>
            </w:r>
          </w:p>
        </w:tc>
        <w:tc>
          <w:tcPr>
            <w:tcW w:type="dxa" w:w="2880"/>
          </w:tcPr>
          <w:p>
            <w:r>
              <w:t>xlsx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Портативный документ</w:t>
            </w:r>
          </w:p>
        </w:tc>
        <w:tc>
          <w:tcPr>
            <w:tcW w:type="dxa" w:w="2880"/>
          </w:tcPr>
          <w:p>
            <w:r>
              <w:t>pdf</w:t>
            </w:r>
          </w:p>
        </w:tc>
        <w:tc>
          <w:tcPr>
            <w:tcW w:type="dxa" w:w="2880"/>
          </w:tcPr>
          <w:p>
            <w:r>
              <w:t>application/pdf</w:t>
            </w:r>
          </w:p>
        </w:tc>
      </w:tr>
      <w:tr>
        <w:tc>
          <w:tcPr>
            <w:tcW w:type="dxa" w:w="2880"/>
          </w:tcPr>
          <w:p>
            <w:r>
              <w:t>Простой текст</w:t>
            </w:r>
          </w:p>
        </w:tc>
        <w:tc>
          <w:tcPr>
            <w:tcW w:type="dxa" w:w="2880"/>
          </w:tcPr>
          <w:p>
            <w:r>
              <w:t>txt</w:t>
            </w:r>
          </w:p>
        </w:tc>
        <w:tc>
          <w:tcPr>
            <w:tcW w:type="dxa" w:w="2880"/>
          </w:tcPr>
          <w:p>
            <w:r>
              <w:t>text/plain</w:t>
            </w:r>
          </w:p>
        </w:tc>
      </w:tr>
    </w:tbl>
    <w:p>
      <w:r>
        <w:br w:type="page"/>
      </w:r>
    </w:p>
    <w:p>
      <w:pPr>
        <w:pStyle w:val="Heading1"/>
      </w:pPr>
      <w:r>
        <w:t>Тестовый документ 65</w:t>
      </w:r>
    </w:p>
    <w:p>
      <w:r>
        <w:t>Файл собран на сайте testovye-fayly.ru для проверки программ, которые читают, показывают и конвертируют документы.</w:t>
      </w:r>
    </w:p>
    <w:p>
      <w:r>
        <w:t>Текст здесь нужен только как содержимое: он написан для этого файла и ничего не значит. Кириллица, латиница, цифры 1234567890 и знаки № % — чтобы было видно, как программа справляется с кодировкой.</w:t>
      </w:r>
    </w:p>
    <w:p>
      <w:r>
        <w:t>Проверьте на этом файле: выделение и копирование текста, поиск по документу, печать, пересохранение в другой формат.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Формат</w:t>
            </w:r>
          </w:p>
        </w:tc>
        <w:tc>
          <w:tcPr>
            <w:tcW w:type="dxa" w:w="2880"/>
          </w:tcPr>
          <w:p>
            <w:r>
              <w:t>Расширение</w:t>
            </w:r>
          </w:p>
        </w:tc>
        <w:tc>
          <w:tcPr>
            <w:tcW w:type="dxa" w:w="2880"/>
          </w:tcPr>
          <w:p>
            <w:r>
              <w:t>Тип содержимого</w:t>
            </w:r>
          </w:p>
        </w:tc>
      </w:tr>
      <w:tr>
        <w:tc>
          <w:tcPr>
            <w:tcW w:type="dxa" w:w="2880"/>
          </w:tcPr>
          <w:p>
            <w:r>
              <w:t>Документ Word</w:t>
            </w:r>
          </w:p>
        </w:tc>
        <w:tc>
          <w:tcPr>
            <w:tcW w:type="dxa" w:w="2880"/>
          </w:tcPr>
          <w:p>
            <w:r>
              <w:t>docx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Таблица Excel</w:t>
            </w:r>
          </w:p>
        </w:tc>
        <w:tc>
          <w:tcPr>
            <w:tcW w:type="dxa" w:w="2880"/>
          </w:tcPr>
          <w:p>
            <w:r>
              <w:t>xlsx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Портативный документ</w:t>
            </w:r>
          </w:p>
        </w:tc>
        <w:tc>
          <w:tcPr>
            <w:tcW w:type="dxa" w:w="2880"/>
          </w:tcPr>
          <w:p>
            <w:r>
              <w:t>pdf</w:t>
            </w:r>
          </w:p>
        </w:tc>
        <w:tc>
          <w:tcPr>
            <w:tcW w:type="dxa" w:w="2880"/>
          </w:tcPr>
          <w:p>
            <w:r>
              <w:t>application/pdf</w:t>
            </w:r>
          </w:p>
        </w:tc>
      </w:tr>
      <w:tr>
        <w:tc>
          <w:tcPr>
            <w:tcW w:type="dxa" w:w="2880"/>
          </w:tcPr>
          <w:p>
            <w:r>
              <w:t>Простой текст</w:t>
            </w:r>
          </w:p>
        </w:tc>
        <w:tc>
          <w:tcPr>
            <w:tcW w:type="dxa" w:w="2880"/>
          </w:tcPr>
          <w:p>
            <w:r>
              <w:t>txt</w:t>
            </w:r>
          </w:p>
        </w:tc>
        <w:tc>
          <w:tcPr>
            <w:tcW w:type="dxa" w:w="2880"/>
          </w:tcPr>
          <w:p>
            <w:r>
              <w:t>text/plain</w:t>
            </w:r>
          </w:p>
        </w:tc>
      </w:tr>
    </w:tbl>
    <w:p>
      <w:r>
        <w:br w:type="page"/>
      </w:r>
    </w:p>
    <w:p>
      <w:pPr>
        <w:pStyle w:val="Heading1"/>
      </w:pPr>
      <w:r>
        <w:t>Тестовый документ 66</w:t>
      </w:r>
    </w:p>
    <w:p>
      <w:r>
        <w:t>Файл собран на сайте testovye-fayly.ru для проверки программ, которые читают, показывают и конвертируют документы.</w:t>
      </w:r>
    </w:p>
    <w:p>
      <w:r>
        <w:t>Текст здесь нужен только как содержимое: он написан для этого файла и ничего не значит. Кириллица, латиница, цифры 1234567890 и знаки № % — чтобы было видно, как программа справляется с кодировкой.</w:t>
      </w:r>
    </w:p>
    <w:p>
      <w:r>
        <w:t>Проверьте на этом файле: выделение и копирование текста, поиск по документу, печать, пересохранение в другой формат.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Формат</w:t>
            </w:r>
          </w:p>
        </w:tc>
        <w:tc>
          <w:tcPr>
            <w:tcW w:type="dxa" w:w="2880"/>
          </w:tcPr>
          <w:p>
            <w:r>
              <w:t>Расширение</w:t>
            </w:r>
          </w:p>
        </w:tc>
        <w:tc>
          <w:tcPr>
            <w:tcW w:type="dxa" w:w="2880"/>
          </w:tcPr>
          <w:p>
            <w:r>
              <w:t>Тип содержимого</w:t>
            </w:r>
          </w:p>
        </w:tc>
      </w:tr>
      <w:tr>
        <w:tc>
          <w:tcPr>
            <w:tcW w:type="dxa" w:w="2880"/>
          </w:tcPr>
          <w:p>
            <w:r>
              <w:t>Документ Word</w:t>
            </w:r>
          </w:p>
        </w:tc>
        <w:tc>
          <w:tcPr>
            <w:tcW w:type="dxa" w:w="2880"/>
          </w:tcPr>
          <w:p>
            <w:r>
              <w:t>docx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Таблица Excel</w:t>
            </w:r>
          </w:p>
        </w:tc>
        <w:tc>
          <w:tcPr>
            <w:tcW w:type="dxa" w:w="2880"/>
          </w:tcPr>
          <w:p>
            <w:r>
              <w:t>xlsx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Портативный документ</w:t>
            </w:r>
          </w:p>
        </w:tc>
        <w:tc>
          <w:tcPr>
            <w:tcW w:type="dxa" w:w="2880"/>
          </w:tcPr>
          <w:p>
            <w:r>
              <w:t>pdf</w:t>
            </w:r>
          </w:p>
        </w:tc>
        <w:tc>
          <w:tcPr>
            <w:tcW w:type="dxa" w:w="2880"/>
          </w:tcPr>
          <w:p>
            <w:r>
              <w:t>application/pdf</w:t>
            </w:r>
          </w:p>
        </w:tc>
      </w:tr>
      <w:tr>
        <w:tc>
          <w:tcPr>
            <w:tcW w:type="dxa" w:w="2880"/>
          </w:tcPr>
          <w:p>
            <w:r>
              <w:t>Простой текст</w:t>
            </w:r>
          </w:p>
        </w:tc>
        <w:tc>
          <w:tcPr>
            <w:tcW w:type="dxa" w:w="2880"/>
          </w:tcPr>
          <w:p>
            <w:r>
              <w:t>txt</w:t>
            </w:r>
          </w:p>
        </w:tc>
        <w:tc>
          <w:tcPr>
            <w:tcW w:type="dxa" w:w="2880"/>
          </w:tcPr>
          <w:p>
            <w:r>
              <w:t>text/plain</w:t>
            </w:r>
          </w:p>
        </w:tc>
      </w:tr>
    </w:tbl>
    <w:p>
      <w:r>
        <w:br w:type="page"/>
      </w:r>
    </w:p>
    <w:p>
      <w:pPr>
        <w:pStyle w:val="Heading1"/>
      </w:pPr>
      <w:r>
        <w:t>Тестовый документ 67</w:t>
      </w:r>
    </w:p>
    <w:p>
      <w:r>
        <w:t>Файл собран на сайте testovye-fayly.ru для проверки программ, которые читают, показывают и конвертируют документы.</w:t>
      </w:r>
    </w:p>
    <w:p>
      <w:r>
        <w:t>Текст здесь нужен только как содержимое: он написан для этого файла и ничего не значит. Кириллица, латиница, цифры 1234567890 и знаки № % — чтобы было видно, как программа справляется с кодировкой.</w:t>
      </w:r>
    </w:p>
    <w:p>
      <w:r>
        <w:t>Проверьте на этом файле: выделение и копирование текста, поиск по документу, печать, пересохранение в другой формат.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Формат</w:t>
            </w:r>
          </w:p>
        </w:tc>
        <w:tc>
          <w:tcPr>
            <w:tcW w:type="dxa" w:w="2880"/>
          </w:tcPr>
          <w:p>
            <w:r>
              <w:t>Расширение</w:t>
            </w:r>
          </w:p>
        </w:tc>
        <w:tc>
          <w:tcPr>
            <w:tcW w:type="dxa" w:w="2880"/>
          </w:tcPr>
          <w:p>
            <w:r>
              <w:t>Тип содержимого</w:t>
            </w:r>
          </w:p>
        </w:tc>
      </w:tr>
      <w:tr>
        <w:tc>
          <w:tcPr>
            <w:tcW w:type="dxa" w:w="2880"/>
          </w:tcPr>
          <w:p>
            <w:r>
              <w:t>Документ Word</w:t>
            </w:r>
          </w:p>
        </w:tc>
        <w:tc>
          <w:tcPr>
            <w:tcW w:type="dxa" w:w="2880"/>
          </w:tcPr>
          <w:p>
            <w:r>
              <w:t>docx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Таблица Excel</w:t>
            </w:r>
          </w:p>
        </w:tc>
        <w:tc>
          <w:tcPr>
            <w:tcW w:type="dxa" w:w="2880"/>
          </w:tcPr>
          <w:p>
            <w:r>
              <w:t>xlsx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Портативный документ</w:t>
            </w:r>
          </w:p>
        </w:tc>
        <w:tc>
          <w:tcPr>
            <w:tcW w:type="dxa" w:w="2880"/>
          </w:tcPr>
          <w:p>
            <w:r>
              <w:t>pdf</w:t>
            </w:r>
          </w:p>
        </w:tc>
        <w:tc>
          <w:tcPr>
            <w:tcW w:type="dxa" w:w="2880"/>
          </w:tcPr>
          <w:p>
            <w:r>
              <w:t>application/pdf</w:t>
            </w:r>
          </w:p>
        </w:tc>
      </w:tr>
      <w:tr>
        <w:tc>
          <w:tcPr>
            <w:tcW w:type="dxa" w:w="2880"/>
          </w:tcPr>
          <w:p>
            <w:r>
              <w:t>Простой текст</w:t>
            </w:r>
          </w:p>
        </w:tc>
        <w:tc>
          <w:tcPr>
            <w:tcW w:type="dxa" w:w="2880"/>
          </w:tcPr>
          <w:p>
            <w:r>
              <w:t>txt</w:t>
            </w:r>
          </w:p>
        </w:tc>
        <w:tc>
          <w:tcPr>
            <w:tcW w:type="dxa" w:w="2880"/>
          </w:tcPr>
          <w:p>
            <w:r>
              <w:t>text/plain</w:t>
            </w:r>
          </w:p>
        </w:tc>
      </w:tr>
    </w:tbl>
    <w:p>
      <w:r>
        <w:br w:type="page"/>
      </w:r>
    </w:p>
    <w:p>
      <w:pPr>
        <w:pStyle w:val="Heading1"/>
      </w:pPr>
      <w:r>
        <w:t>Тестовый документ 68</w:t>
      </w:r>
    </w:p>
    <w:p>
      <w:r>
        <w:t>Файл собран на сайте testovye-fayly.ru для проверки программ, которые читают, показывают и конвертируют документы.</w:t>
      </w:r>
    </w:p>
    <w:p>
      <w:r>
        <w:t>Текст здесь нужен только как содержимое: он написан для этого файла и ничего не значит. Кириллица, латиница, цифры 1234567890 и знаки № % — чтобы было видно, как программа справляется с кодировкой.</w:t>
      </w:r>
    </w:p>
    <w:p>
      <w:r>
        <w:t>Проверьте на этом файле: выделение и копирование текста, поиск по документу, печать, пересохранение в другой формат.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Формат</w:t>
            </w:r>
          </w:p>
        </w:tc>
        <w:tc>
          <w:tcPr>
            <w:tcW w:type="dxa" w:w="2880"/>
          </w:tcPr>
          <w:p>
            <w:r>
              <w:t>Расширение</w:t>
            </w:r>
          </w:p>
        </w:tc>
        <w:tc>
          <w:tcPr>
            <w:tcW w:type="dxa" w:w="2880"/>
          </w:tcPr>
          <w:p>
            <w:r>
              <w:t>Тип содержимого</w:t>
            </w:r>
          </w:p>
        </w:tc>
      </w:tr>
      <w:tr>
        <w:tc>
          <w:tcPr>
            <w:tcW w:type="dxa" w:w="2880"/>
          </w:tcPr>
          <w:p>
            <w:r>
              <w:t>Документ Word</w:t>
            </w:r>
          </w:p>
        </w:tc>
        <w:tc>
          <w:tcPr>
            <w:tcW w:type="dxa" w:w="2880"/>
          </w:tcPr>
          <w:p>
            <w:r>
              <w:t>docx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Таблица Excel</w:t>
            </w:r>
          </w:p>
        </w:tc>
        <w:tc>
          <w:tcPr>
            <w:tcW w:type="dxa" w:w="2880"/>
          </w:tcPr>
          <w:p>
            <w:r>
              <w:t>xlsx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Портативный документ</w:t>
            </w:r>
          </w:p>
        </w:tc>
        <w:tc>
          <w:tcPr>
            <w:tcW w:type="dxa" w:w="2880"/>
          </w:tcPr>
          <w:p>
            <w:r>
              <w:t>pdf</w:t>
            </w:r>
          </w:p>
        </w:tc>
        <w:tc>
          <w:tcPr>
            <w:tcW w:type="dxa" w:w="2880"/>
          </w:tcPr>
          <w:p>
            <w:r>
              <w:t>application/pdf</w:t>
            </w:r>
          </w:p>
        </w:tc>
      </w:tr>
      <w:tr>
        <w:tc>
          <w:tcPr>
            <w:tcW w:type="dxa" w:w="2880"/>
          </w:tcPr>
          <w:p>
            <w:r>
              <w:t>Простой текст</w:t>
            </w:r>
          </w:p>
        </w:tc>
        <w:tc>
          <w:tcPr>
            <w:tcW w:type="dxa" w:w="2880"/>
          </w:tcPr>
          <w:p>
            <w:r>
              <w:t>txt</w:t>
            </w:r>
          </w:p>
        </w:tc>
        <w:tc>
          <w:tcPr>
            <w:tcW w:type="dxa" w:w="2880"/>
          </w:tcPr>
          <w:p>
            <w:r>
              <w:t>text/plain</w:t>
            </w:r>
          </w:p>
        </w:tc>
      </w:tr>
    </w:tbl>
    <w:p>
      <w:r>
        <w:br w:type="page"/>
      </w:r>
    </w:p>
    <w:p>
      <w:pPr>
        <w:pStyle w:val="Heading1"/>
      </w:pPr>
      <w:r>
        <w:t>Тестовый документ 69</w:t>
      </w:r>
    </w:p>
    <w:p>
      <w:r>
        <w:t>Файл собран на сайте testovye-fayly.ru для проверки программ, которые читают, показывают и конвертируют документы.</w:t>
      </w:r>
    </w:p>
    <w:p>
      <w:r>
        <w:t>Текст здесь нужен только как содержимое: он написан для этого файла и ничего не значит. Кириллица, латиница, цифры 1234567890 и знаки № % — чтобы было видно, как программа справляется с кодировкой.</w:t>
      </w:r>
    </w:p>
    <w:p>
      <w:r>
        <w:t>Проверьте на этом файле: выделение и копирование текста, поиск по документу, печать, пересохранение в другой формат.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Формат</w:t>
            </w:r>
          </w:p>
        </w:tc>
        <w:tc>
          <w:tcPr>
            <w:tcW w:type="dxa" w:w="2880"/>
          </w:tcPr>
          <w:p>
            <w:r>
              <w:t>Расширение</w:t>
            </w:r>
          </w:p>
        </w:tc>
        <w:tc>
          <w:tcPr>
            <w:tcW w:type="dxa" w:w="2880"/>
          </w:tcPr>
          <w:p>
            <w:r>
              <w:t>Тип содержимого</w:t>
            </w:r>
          </w:p>
        </w:tc>
      </w:tr>
      <w:tr>
        <w:tc>
          <w:tcPr>
            <w:tcW w:type="dxa" w:w="2880"/>
          </w:tcPr>
          <w:p>
            <w:r>
              <w:t>Документ Word</w:t>
            </w:r>
          </w:p>
        </w:tc>
        <w:tc>
          <w:tcPr>
            <w:tcW w:type="dxa" w:w="2880"/>
          </w:tcPr>
          <w:p>
            <w:r>
              <w:t>docx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Таблица Excel</w:t>
            </w:r>
          </w:p>
        </w:tc>
        <w:tc>
          <w:tcPr>
            <w:tcW w:type="dxa" w:w="2880"/>
          </w:tcPr>
          <w:p>
            <w:r>
              <w:t>xlsx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Портативный документ</w:t>
            </w:r>
          </w:p>
        </w:tc>
        <w:tc>
          <w:tcPr>
            <w:tcW w:type="dxa" w:w="2880"/>
          </w:tcPr>
          <w:p>
            <w:r>
              <w:t>pdf</w:t>
            </w:r>
          </w:p>
        </w:tc>
        <w:tc>
          <w:tcPr>
            <w:tcW w:type="dxa" w:w="2880"/>
          </w:tcPr>
          <w:p>
            <w:r>
              <w:t>application/pdf</w:t>
            </w:r>
          </w:p>
        </w:tc>
      </w:tr>
      <w:tr>
        <w:tc>
          <w:tcPr>
            <w:tcW w:type="dxa" w:w="2880"/>
          </w:tcPr>
          <w:p>
            <w:r>
              <w:t>Простой текст</w:t>
            </w:r>
          </w:p>
        </w:tc>
        <w:tc>
          <w:tcPr>
            <w:tcW w:type="dxa" w:w="2880"/>
          </w:tcPr>
          <w:p>
            <w:r>
              <w:t>txt</w:t>
            </w:r>
          </w:p>
        </w:tc>
        <w:tc>
          <w:tcPr>
            <w:tcW w:type="dxa" w:w="2880"/>
          </w:tcPr>
          <w:p>
            <w:r>
              <w:t>text/plain</w:t>
            </w:r>
          </w:p>
        </w:tc>
      </w:tr>
    </w:tbl>
    <w:p>
      <w:r>
        <w:br w:type="page"/>
      </w:r>
    </w:p>
    <w:p>
      <w:pPr>
        <w:pStyle w:val="Heading1"/>
      </w:pPr>
      <w:r>
        <w:t>Тестовый документ 70</w:t>
      </w:r>
    </w:p>
    <w:p>
      <w:r>
        <w:t>Файл собран на сайте testovye-fayly.ru для проверки программ, которые читают, показывают и конвертируют документы.</w:t>
      </w:r>
    </w:p>
    <w:p>
      <w:r>
        <w:t>Текст здесь нужен только как содержимое: он написан для этого файла и ничего не значит. Кириллица, латиница, цифры 1234567890 и знаки № % — чтобы было видно, как программа справляется с кодировкой.</w:t>
      </w:r>
    </w:p>
    <w:p>
      <w:r>
        <w:t>Проверьте на этом файле: выделение и копирование текста, поиск по документу, печать, пересохранение в другой формат.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Формат</w:t>
            </w:r>
          </w:p>
        </w:tc>
        <w:tc>
          <w:tcPr>
            <w:tcW w:type="dxa" w:w="2880"/>
          </w:tcPr>
          <w:p>
            <w:r>
              <w:t>Расширение</w:t>
            </w:r>
          </w:p>
        </w:tc>
        <w:tc>
          <w:tcPr>
            <w:tcW w:type="dxa" w:w="2880"/>
          </w:tcPr>
          <w:p>
            <w:r>
              <w:t>Тип содержимого</w:t>
            </w:r>
          </w:p>
        </w:tc>
      </w:tr>
      <w:tr>
        <w:tc>
          <w:tcPr>
            <w:tcW w:type="dxa" w:w="2880"/>
          </w:tcPr>
          <w:p>
            <w:r>
              <w:t>Документ Word</w:t>
            </w:r>
          </w:p>
        </w:tc>
        <w:tc>
          <w:tcPr>
            <w:tcW w:type="dxa" w:w="2880"/>
          </w:tcPr>
          <w:p>
            <w:r>
              <w:t>docx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Таблица Excel</w:t>
            </w:r>
          </w:p>
        </w:tc>
        <w:tc>
          <w:tcPr>
            <w:tcW w:type="dxa" w:w="2880"/>
          </w:tcPr>
          <w:p>
            <w:r>
              <w:t>xlsx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Портативный документ</w:t>
            </w:r>
          </w:p>
        </w:tc>
        <w:tc>
          <w:tcPr>
            <w:tcW w:type="dxa" w:w="2880"/>
          </w:tcPr>
          <w:p>
            <w:r>
              <w:t>pdf</w:t>
            </w:r>
          </w:p>
        </w:tc>
        <w:tc>
          <w:tcPr>
            <w:tcW w:type="dxa" w:w="2880"/>
          </w:tcPr>
          <w:p>
            <w:r>
              <w:t>application/pdf</w:t>
            </w:r>
          </w:p>
        </w:tc>
      </w:tr>
      <w:tr>
        <w:tc>
          <w:tcPr>
            <w:tcW w:type="dxa" w:w="2880"/>
          </w:tcPr>
          <w:p>
            <w:r>
              <w:t>Простой текст</w:t>
            </w:r>
          </w:p>
        </w:tc>
        <w:tc>
          <w:tcPr>
            <w:tcW w:type="dxa" w:w="2880"/>
          </w:tcPr>
          <w:p>
            <w:r>
              <w:t>txt</w:t>
            </w:r>
          </w:p>
        </w:tc>
        <w:tc>
          <w:tcPr>
            <w:tcW w:type="dxa" w:w="2880"/>
          </w:tcPr>
          <w:p>
            <w:r>
              <w:t>text/plain</w:t>
            </w:r>
          </w:p>
        </w:tc>
      </w:tr>
    </w:tbl>
    <w:p>
      <w:r>
        <w:br w:type="page"/>
      </w:r>
    </w:p>
    <w:p>
      <w:pPr>
        <w:pStyle w:val="Heading1"/>
      </w:pPr>
      <w:r>
        <w:t>Тестовый документ 71</w:t>
      </w:r>
    </w:p>
    <w:p>
      <w:r>
        <w:t>Файл собран на сайте testovye-fayly.ru для проверки программ, которые читают, показывают и конвертируют документы.</w:t>
      </w:r>
    </w:p>
    <w:p>
      <w:r>
        <w:t>Текст здесь нужен только как содержимое: он написан для этого файла и ничего не значит. Кириллица, латиница, цифры 1234567890 и знаки № % — чтобы было видно, как программа справляется с кодировкой.</w:t>
      </w:r>
    </w:p>
    <w:p>
      <w:r>
        <w:t>Проверьте на этом файле: выделение и копирование текста, поиск по документу, печать, пересохранение в другой формат.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Формат</w:t>
            </w:r>
          </w:p>
        </w:tc>
        <w:tc>
          <w:tcPr>
            <w:tcW w:type="dxa" w:w="2880"/>
          </w:tcPr>
          <w:p>
            <w:r>
              <w:t>Расширение</w:t>
            </w:r>
          </w:p>
        </w:tc>
        <w:tc>
          <w:tcPr>
            <w:tcW w:type="dxa" w:w="2880"/>
          </w:tcPr>
          <w:p>
            <w:r>
              <w:t>Тип содержимого</w:t>
            </w:r>
          </w:p>
        </w:tc>
      </w:tr>
      <w:tr>
        <w:tc>
          <w:tcPr>
            <w:tcW w:type="dxa" w:w="2880"/>
          </w:tcPr>
          <w:p>
            <w:r>
              <w:t>Документ Word</w:t>
            </w:r>
          </w:p>
        </w:tc>
        <w:tc>
          <w:tcPr>
            <w:tcW w:type="dxa" w:w="2880"/>
          </w:tcPr>
          <w:p>
            <w:r>
              <w:t>docx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Таблица Excel</w:t>
            </w:r>
          </w:p>
        </w:tc>
        <w:tc>
          <w:tcPr>
            <w:tcW w:type="dxa" w:w="2880"/>
          </w:tcPr>
          <w:p>
            <w:r>
              <w:t>xlsx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Портативный документ</w:t>
            </w:r>
          </w:p>
        </w:tc>
        <w:tc>
          <w:tcPr>
            <w:tcW w:type="dxa" w:w="2880"/>
          </w:tcPr>
          <w:p>
            <w:r>
              <w:t>pdf</w:t>
            </w:r>
          </w:p>
        </w:tc>
        <w:tc>
          <w:tcPr>
            <w:tcW w:type="dxa" w:w="2880"/>
          </w:tcPr>
          <w:p>
            <w:r>
              <w:t>application/pdf</w:t>
            </w:r>
          </w:p>
        </w:tc>
      </w:tr>
      <w:tr>
        <w:tc>
          <w:tcPr>
            <w:tcW w:type="dxa" w:w="2880"/>
          </w:tcPr>
          <w:p>
            <w:r>
              <w:t>Простой текст</w:t>
            </w:r>
          </w:p>
        </w:tc>
        <w:tc>
          <w:tcPr>
            <w:tcW w:type="dxa" w:w="2880"/>
          </w:tcPr>
          <w:p>
            <w:r>
              <w:t>txt</w:t>
            </w:r>
          </w:p>
        </w:tc>
        <w:tc>
          <w:tcPr>
            <w:tcW w:type="dxa" w:w="2880"/>
          </w:tcPr>
          <w:p>
            <w:r>
              <w:t>text/plain</w:t>
            </w:r>
          </w:p>
        </w:tc>
      </w:tr>
    </w:tbl>
    <w:p>
      <w:r>
        <w:br w:type="page"/>
      </w:r>
    </w:p>
    <w:p>
      <w:pPr>
        <w:pStyle w:val="Heading1"/>
      </w:pPr>
      <w:r>
        <w:t>Тестовый документ 72</w:t>
      </w:r>
    </w:p>
    <w:p>
      <w:r>
        <w:t>Файл собран на сайте testovye-fayly.ru для проверки программ, которые читают, показывают и конвертируют документы.</w:t>
      </w:r>
    </w:p>
    <w:p>
      <w:r>
        <w:t>Текст здесь нужен только как содержимое: он написан для этого файла и ничего не значит. Кириллица, латиница, цифры 1234567890 и знаки № % — чтобы было видно, как программа справляется с кодировкой.</w:t>
      </w:r>
    </w:p>
    <w:p>
      <w:r>
        <w:t>Проверьте на этом файле: выделение и копирование текста, поиск по документу, печать, пересохранение в другой формат.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Формат</w:t>
            </w:r>
          </w:p>
        </w:tc>
        <w:tc>
          <w:tcPr>
            <w:tcW w:type="dxa" w:w="2880"/>
          </w:tcPr>
          <w:p>
            <w:r>
              <w:t>Расширение</w:t>
            </w:r>
          </w:p>
        </w:tc>
        <w:tc>
          <w:tcPr>
            <w:tcW w:type="dxa" w:w="2880"/>
          </w:tcPr>
          <w:p>
            <w:r>
              <w:t>Тип содержимого</w:t>
            </w:r>
          </w:p>
        </w:tc>
      </w:tr>
      <w:tr>
        <w:tc>
          <w:tcPr>
            <w:tcW w:type="dxa" w:w="2880"/>
          </w:tcPr>
          <w:p>
            <w:r>
              <w:t>Документ Word</w:t>
            </w:r>
          </w:p>
        </w:tc>
        <w:tc>
          <w:tcPr>
            <w:tcW w:type="dxa" w:w="2880"/>
          </w:tcPr>
          <w:p>
            <w:r>
              <w:t>docx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Таблица Excel</w:t>
            </w:r>
          </w:p>
        </w:tc>
        <w:tc>
          <w:tcPr>
            <w:tcW w:type="dxa" w:w="2880"/>
          </w:tcPr>
          <w:p>
            <w:r>
              <w:t>xlsx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Портативный документ</w:t>
            </w:r>
          </w:p>
        </w:tc>
        <w:tc>
          <w:tcPr>
            <w:tcW w:type="dxa" w:w="2880"/>
          </w:tcPr>
          <w:p>
            <w:r>
              <w:t>pdf</w:t>
            </w:r>
          </w:p>
        </w:tc>
        <w:tc>
          <w:tcPr>
            <w:tcW w:type="dxa" w:w="2880"/>
          </w:tcPr>
          <w:p>
            <w:r>
              <w:t>application/pdf</w:t>
            </w:r>
          </w:p>
        </w:tc>
      </w:tr>
      <w:tr>
        <w:tc>
          <w:tcPr>
            <w:tcW w:type="dxa" w:w="2880"/>
          </w:tcPr>
          <w:p>
            <w:r>
              <w:t>Простой текст</w:t>
            </w:r>
          </w:p>
        </w:tc>
        <w:tc>
          <w:tcPr>
            <w:tcW w:type="dxa" w:w="2880"/>
          </w:tcPr>
          <w:p>
            <w:r>
              <w:t>txt</w:t>
            </w:r>
          </w:p>
        </w:tc>
        <w:tc>
          <w:tcPr>
            <w:tcW w:type="dxa" w:w="2880"/>
          </w:tcPr>
          <w:p>
            <w:r>
              <w:t>text/plain</w:t>
            </w:r>
          </w:p>
        </w:tc>
      </w:tr>
    </w:tbl>
    <w:p>
      <w:r>
        <w:br w:type="page"/>
      </w:r>
    </w:p>
    <w:p>
      <w:pPr>
        <w:pStyle w:val="Heading1"/>
      </w:pPr>
      <w:r>
        <w:t>Тестовый документ 73</w:t>
      </w:r>
    </w:p>
    <w:p>
      <w:r>
        <w:t>Файл собран на сайте testovye-fayly.ru для проверки программ, которые читают, показывают и конвертируют документы.</w:t>
      </w:r>
    </w:p>
    <w:p>
      <w:r>
        <w:t>Текст здесь нужен только как содержимое: он написан для этого файла и ничего не значит. Кириллица, латиница, цифры 1234567890 и знаки № % — чтобы было видно, как программа справляется с кодировкой.</w:t>
      </w:r>
    </w:p>
    <w:p>
      <w:r>
        <w:t>Проверьте на этом файле: выделение и копирование текста, поиск по документу, печать, пересохранение в другой формат.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Формат</w:t>
            </w:r>
          </w:p>
        </w:tc>
        <w:tc>
          <w:tcPr>
            <w:tcW w:type="dxa" w:w="2880"/>
          </w:tcPr>
          <w:p>
            <w:r>
              <w:t>Расширение</w:t>
            </w:r>
          </w:p>
        </w:tc>
        <w:tc>
          <w:tcPr>
            <w:tcW w:type="dxa" w:w="2880"/>
          </w:tcPr>
          <w:p>
            <w:r>
              <w:t>Тип содержимого</w:t>
            </w:r>
          </w:p>
        </w:tc>
      </w:tr>
      <w:tr>
        <w:tc>
          <w:tcPr>
            <w:tcW w:type="dxa" w:w="2880"/>
          </w:tcPr>
          <w:p>
            <w:r>
              <w:t>Документ Word</w:t>
            </w:r>
          </w:p>
        </w:tc>
        <w:tc>
          <w:tcPr>
            <w:tcW w:type="dxa" w:w="2880"/>
          </w:tcPr>
          <w:p>
            <w:r>
              <w:t>docx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Таблица Excel</w:t>
            </w:r>
          </w:p>
        </w:tc>
        <w:tc>
          <w:tcPr>
            <w:tcW w:type="dxa" w:w="2880"/>
          </w:tcPr>
          <w:p>
            <w:r>
              <w:t>xlsx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Портативный документ</w:t>
            </w:r>
          </w:p>
        </w:tc>
        <w:tc>
          <w:tcPr>
            <w:tcW w:type="dxa" w:w="2880"/>
          </w:tcPr>
          <w:p>
            <w:r>
              <w:t>pdf</w:t>
            </w:r>
          </w:p>
        </w:tc>
        <w:tc>
          <w:tcPr>
            <w:tcW w:type="dxa" w:w="2880"/>
          </w:tcPr>
          <w:p>
            <w:r>
              <w:t>application/pdf</w:t>
            </w:r>
          </w:p>
        </w:tc>
      </w:tr>
      <w:tr>
        <w:tc>
          <w:tcPr>
            <w:tcW w:type="dxa" w:w="2880"/>
          </w:tcPr>
          <w:p>
            <w:r>
              <w:t>Простой текст</w:t>
            </w:r>
          </w:p>
        </w:tc>
        <w:tc>
          <w:tcPr>
            <w:tcW w:type="dxa" w:w="2880"/>
          </w:tcPr>
          <w:p>
            <w:r>
              <w:t>txt</w:t>
            </w:r>
          </w:p>
        </w:tc>
        <w:tc>
          <w:tcPr>
            <w:tcW w:type="dxa" w:w="2880"/>
          </w:tcPr>
          <w:p>
            <w:r>
              <w:t>text/plain</w:t>
            </w:r>
          </w:p>
        </w:tc>
      </w:tr>
    </w:tbl>
    <w:p>
      <w:r>
        <w:br w:type="page"/>
      </w:r>
    </w:p>
    <w:p>
      <w:pPr>
        <w:pStyle w:val="Heading1"/>
      </w:pPr>
      <w:r>
        <w:t>Тестовый документ 74</w:t>
      </w:r>
    </w:p>
    <w:p>
      <w:r>
        <w:t>Файл собран на сайте testovye-fayly.ru для проверки программ, которые читают, показывают и конвертируют документы.</w:t>
      </w:r>
    </w:p>
    <w:p>
      <w:r>
        <w:t>Текст здесь нужен только как содержимое: он написан для этого файла и ничего не значит. Кириллица, латиница, цифры 1234567890 и знаки № % — чтобы было видно, как программа справляется с кодировкой.</w:t>
      </w:r>
    </w:p>
    <w:p>
      <w:r>
        <w:t>Проверьте на этом файле: выделение и копирование текста, поиск по документу, печать, пересохранение в другой формат.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Формат</w:t>
            </w:r>
          </w:p>
        </w:tc>
        <w:tc>
          <w:tcPr>
            <w:tcW w:type="dxa" w:w="2880"/>
          </w:tcPr>
          <w:p>
            <w:r>
              <w:t>Расширение</w:t>
            </w:r>
          </w:p>
        </w:tc>
        <w:tc>
          <w:tcPr>
            <w:tcW w:type="dxa" w:w="2880"/>
          </w:tcPr>
          <w:p>
            <w:r>
              <w:t>Тип содержимого</w:t>
            </w:r>
          </w:p>
        </w:tc>
      </w:tr>
      <w:tr>
        <w:tc>
          <w:tcPr>
            <w:tcW w:type="dxa" w:w="2880"/>
          </w:tcPr>
          <w:p>
            <w:r>
              <w:t>Документ Word</w:t>
            </w:r>
          </w:p>
        </w:tc>
        <w:tc>
          <w:tcPr>
            <w:tcW w:type="dxa" w:w="2880"/>
          </w:tcPr>
          <w:p>
            <w:r>
              <w:t>docx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Таблица Excel</w:t>
            </w:r>
          </w:p>
        </w:tc>
        <w:tc>
          <w:tcPr>
            <w:tcW w:type="dxa" w:w="2880"/>
          </w:tcPr>
          <w:p>
            <w:r>
              <w:t>xlsx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Портативный документ</w:t>
            </w:r>
          </w:p>
        </w:tc>
        <w:tc>
          <w:tcPr>
            <w:tcW w:type="dxa" w:w="2880"/>
          </w:tcPr>
          <w:p>
            <w:r>
              <w:t>pdf</w:t>
            </w:r>
          </w:p>
        </w:tc>
        <w:tc>
          <w:tcPr>
            <w:tcW w:type="dxa" w:w="2880"/>
          </w:tcPr>
          <w:p>
            <w:r>
              <w:t>application/pdf</w:t>
            </w:r>
          </w:p>
        </w:tc>
      </w:tr>
      <w:tr>
        <w:tc>
          <w:tcPr>
            <w:tcW w:type="dxa" w:w="2880"/>
          </w:tcPr>
          <w:p>
            <w:r>
              <w:t>Простой текст</w:t>
            </w:r>
          </w:p>
        </w:tc>
        <w:tc>
          <w:tcPr>
            <w:tcW w:type="dxa" w:w="2880"/>
          </w:tcPr>
          <w:p>
            <w:r>
              <w:t>txt</w:t>
            </w:r>
          </w:p>
        </w:tc>
        <w:tc>
          <w:tcPr>
            <w:tcW w:type="dxa" w:w="2880"/>
          </w:tcPr>
          <w:p>
            <w:r>
              <w:t>text/plain</w:t>
            </w:r>
          </w:p>
        </w:tc>
      </w:tr>
    </w:tbl>
    <w:p>
      <w:r>
        <w:br w:type="page"/>
      </w:r>
    </w:p>
    <w:p>
      <w:pPr>
        <w:pStyle w:val="Heading1"/>
      </w:pPr>
      <w:r>
        <w:t>Тестовый документ 75</w:t>
      </w:r>
    </w:p>
    <w:p>
      <w:r>
        <w:t>Файл собран на сайте testovye-fayly.ru для проверки программ, которые читают, показывают и конвертируют документы.</w:t>
      </w:r>
    </w:p>
    <w:p>
      <w:r>
        <w:t>Текст здесь нужен только как содержимое: он написан для этого файла и ничего не значит. Кириллица, латиница, цифры 1234567890 и знаки № % — чтобы было видно, как программа справляется с кодировкой.</w:t>
      </w:r>
    </w:p>
    <w:p>
      <w:r>
        <w:t>Проверьте на этом файле: выделение и копирование текста, поиск по документу, печать, пересохранение в другой формат.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Формат</w:t>
            </w:r>
          </w:p>
        </w:tc>
        <w:tc>
          <w:tcPr>
            <w:tcW w:type="dxa" w:w="2880"/>
          </w:tcPr>
          <w:p>
            <w:r>
              <w:t>Расширение</w:t>
            </w:r>
          </w:p>
        </w:tc>
        <w:tc>
          <w:tcPr>
            <w:tcW w:type="dxa" w:w="2880"/>
          </w:tcPr>
          <w:p>
            <w:r>
              <w:t>Тип содержимого</w:t>
            </w:r>
          </w:p>
        </w:tc>
      </w:tr>
      <w:tr>
        <w:tc>
          <w:tcPr>
            <w:tcW w:type="dxa" w:w="2880"/>
          </w:tcPr>
          <w:p>
            <w:r>
              <w:t>Документ Word</w:t>
            </w:r>
          </w:p>
        </w:tc>
        <w:tc>
          <w:tcPr>
            <w:tcW w:type="dxa" w:w="2880"/>
          </w:tcPr>
          <w:p>
            <w:r>
              <w:t>docx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Таблица Excel</w:t>
            </w:r>
          </w:p>
        </w:tc>
        <w:tc>
          <w:tcPr>
            <w:tcW w:type="dxa" w:w="2880"/>
          </w:tcPr>
          <w:p>
            <w:r>
              <w:t>xlsx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Портативный документ</w:t>
            </w:r>
          </w:p>
        </w:tc>
        <w:tc>
          <w:tcPr>
            <w:tcW w:type="dxa" w:w="2880"/>
          </w:tcPr>
          <w:p>
            <w:r>
              <w:t>pdf</w:t>
            </w:r>
          </w:p>
        </w:tc>
        <w:tc>
          <w:tcPr>
            <w:tcW w:type="dxa" w:w="2880"/>
          </w:tcPr>
          <w:p>
            <w:r>
              <w:t>application/pdf</w:t>
            </w:r>
          </w:p>
        </w:tc>
      </w:tr>
      <w:tr>
        <w:tc>
          <w:tcPr>
            <w:tcW w:type="dxa" w:w="2880"/>
          </w:tcPr>
          <w:p>
            <w:r>
              <w:t>Простой текст</w:t>
            </w:r>
          </w:p>
        </w:tc>
        <w:tc>
          <w:tcPr>
            <w:tcW w:type="dxa" w:w="2880"/>
          </w:tcPr>
          <w:p>
            <w:r>
              <w:t>txt</w:t>
            </w:r>
          </w:p>
        </w:tc>
        <w:tc>
          <w:tcPr>
            <w:tcW w:type="dxa" w:w="2880"/>
          </w:tcPr>
          <w:p>
            <w:r>
              <w:t>text/plain</w:t>
            </w:r>
          </w:p>
        </w:tc>
      </w:tr>
    </w:tbl>
    <w:p>
      <w:r>
        <w:br w:type="page"/>
      </w:r>
    </w:p>
    <w:p>
      <w:pPr>
        <w:pStyle w:val="Heading1"/>
      </w:pPr>
      <w:r>
        <w:t>Тестовый документ 76</w:t>
      </w:r>
    </w:p>
    <w:p>
      <w:r>
        <w:t>Файл собран на сайте testovye-fayly.ru для проверки программ, которые читают, показывают и конвертируют документы.</w:t>
      </w:r>
    </w:p>
    <w:p>
      <w:r>
        <w:t>Текст здесь нужен только как содержимое: он написан для этого файла и ничего не значит. Кириллица, латиница, цифры 1234567890 и знаки № % — чтобы было видно, как программа справляется с кодировкой.</w:t>
      </w:r>
    </w:p>
    <w:p>
      <w:r>
        <w:t>Проверьте на этом файле: выделение и копирование текста, поиск по документу, печать, пересохранение в другой формат.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Формат</w:t>
            </w:r>
          </w:p>
        </w:tc>
        <w:tc>
          <w:tcPr>
            <w:tcW w:type="dxa" w:w="2880"/>
          </w:tcPr>
          <w:p>
            <w:r>
              <w:t>Расширение</w:t>
            </w:r>
          </w:p>
        </w:tc>
        <w:tc>
          <w:tcPr>
            <w:tcW w:type="dxa" w:w="2880"/>
          </w:tcPr>
          <w:p>
            <w:r>
              <w:t>Тип содержимого</w:t>
            </w:r>
          </w:p>
        </w:tc>
      </w:tr>
      <w:tr>
        <w:tc>
          <w:tcPr>
            <w:tcW w:type="dxa" w:w="2880"/>
          </w:tcPr>
          <w:p>
            <w:r>
              <w:t>Документ Word</w:t>
            </w:r>
          </w:p>
        </w:tc>
        <w:tc>
          <w:tcPr>
            <w:tcW w:type="dxa" w:w="2880"/>
          </w:tcPr>
          <w:p>
            <w:r>
              <w:t>docx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Таблица Excel</w:t>
            </w:r>
          </w:p>
        </w:tc>
        <w:tc>
          <w:tcPr>
            <w:tcW w:type="dxa" w:w="2880"/>
          </w:tcPr>
          <w:p>
            <w:r>
              <w:t>xlsx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Портативный документ</w:t>
            </w:r>
          </w:p>
        </w:tc>
        <w:tc>
          <w:tcPr>
            <w:tcW w:type="dxa" w:w="2880"/>
          </w:tcPr>
          <w:p>
            <w:r>
              <w:t>pdf</w:t>
            </w:r>
          </w:p>
        </w:tc>
        <w:tc>
          <w:tcPr>
            <w:tcW w:type="dxa" w:w="2880"/>
          </w:tcPr>
          <w:p>
            <w:r>
              <w:t>application/pdf</w:t>
            </w:r>
          </w:p>
        </w:tc>
      </w:tr>
      <w:tr>
        <w:tc>
          <w:tcPr>
            <w:tcW w:type="dxa" w:w="2880"/>
          </w:tcPr>
          <w:p>
            <w:r>
              <w:t>Простой текст</w:t>
            </w:r>
          </w:p>
        </w:tc>
        <w:tc>
          <w:tcPr>
            <w:tcW w:type="dxa" w:w="2880"/>
          </w:tcPr>
          <w:p>
            <w:r>
              <w:t>txt</w:t>
            </w:r>
          </w:p>
        </w:tc>
        <w:tc>
          <w:tcPr>
            <w:tcW w:type="dxa" w:w="2880"/>
          </w:tcPr>
          <w:p>
            <w:r>
              <w:t>text/plain</w:t>
            </w:r>
          </w:p>
        </w:tc>
      </w:tr>
    </w:tbl>
    <w:p>
      <w:r>
        <w:br w:type="page"/>
      </w:r>
    </w:p>
    <w:p>
      <w:pPr>
        <w:pStyle w:val="Heading1"/>
      </w:pPr>
      <w:r>
        <w:t>Тестовый документ 77</w:t>
      </w:r>
    </w:p>
    <w:p>
      <w:r>
        <w:t>Файл собран на сайте testovye-fayly.ru для проверки программ, которые читают, показывают и конвертируют документы.</w:t>
      </w:r>
    </w:p>
    <w:p>
      <w:r>
        <w:t>Текст здесь нужен только как содержимое: он написан для этого файла и ничего не значит. Кириллица, латиница, цифры 1234567890 и знаки № % — чтобы было видно, как программа справляется с кодировкой.</w:t>
      </w:r>
    </w:p>
    <w:p>
      <w:r>
        <w:t>Проверьте на этом файле: выделение и копирование текста, поиск по документу, печать, пересохранение в другой формат.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Формат</w:t>
            </w:r>
          </w:p>
        </w:tc>
        <w:tc>
          <w:tcPr>
            <w:tcW w:type="dxa" w:w="2880"/>
          </w:tcPr>
          <w:p>
            <w:r>
              <w:t>Расширение</w:t>
            </w:r>
          </w:p>
        </w:tc>
        <w:tc>
          <w:tcPr>
            <w:tcW w:type="dxa" w:w="2880"/>
          </w:tcPr>
          <w:p>
            <w:r>
              <w:t>Тип содержимого</w:t>
            </w:r>
          </w:p>
        </w:tc>
      </w:tr>
      <w:tr>
        <w:tc>
          <w:tcPr>
            <w:tcW w:type="dxa" w:w="2880"/>
          </w:tcPr>
          <w:p>
            <w:r>
              <w:t>Документ Word</w:t>
            </w:r>
          </w:p>
        </w:tc>
        <w:tc>
          <w:tcPr>
            <w:tcW w:type="dxa" w:w="2880"/>
          </w:tcPr>
          <w:p>
            <w:r>
              <w:t>docx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Таблица Excel</w:t>
            </w:r>
          </w:p>
        </w:tc>
        <w:tc>
          <w:tcPr>
            <w:tcW w:type="dxa" w:w="2880"/>
          </w:tcPr>
          <w:p>
            <w:r>
              <w:t>xlsx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Портативный документ</w:t>
            </w:r>
          </w:p>
        </w:tc>
        <w:tc>
          <w:tcPr>
            <w:tcW w:type="dxa" w:w="2880"/>
          </w:tcPr>
          <w:p>
            <w:r>
              <w:t>pdf</w:t>
            </w:r>
          </w:p>
        </w:tc>
        <w:tc>
          <w:tcPr>
            <w:tcW w:type="dxa" w:w="2880"/>
          </w:tcPr>
          <w:p>
            <w:r>
              <w:t>application/pdf</w:t>
            </w:r>
          </w:p>
        </w:tc>
      </w:tr>
      <w:tr>
        <w:tc>
          <w:tcPr>
            <w:tcW w:type="dxa" w:w="2880"/>
          </w:tcPr>
          <w:p>
            <w:r>
              <w:t>Простой текст</w:t>
            </w:r>
          </w:p>
        </w:tc>
        <w:tc>
          <w:tcPr>
            <w:tcW w:type="dxa" w:w="2880"/>
          </w:tcPr>
          <w:p>
            <w:r>
              <w:t>txt</w:t>
            </w:r>
          </w:p>
        </w:tc>
        <w:tc>
          <w:tcPr>
            <w:tcW w:type="dxa" w:w="2880"/>
          </w:tcPr>
          <w:p>
            <w:r>
              <w:t>text/plain</w:t>
            </w:r>
          </w:p>
        </w:tc>
      </w:tr>
    </w:tbl>
    <w:p>
      <w:r>
        <w:br w:type="page"/>
      </w:r>
    </w:p>
    <w:p>
      <w:pPr>
        <w:pStyle w:val="Heading1"/>
      </w:pPr>
      <w:r>
        <w:t>Тестовый документ 78</w:t>
      </w:r>
    </w:p>
    <w:p>
      <w:r>
        <w:t>Файл собран на сайте testovye-fayly.ru для проверки программ, которые читают, показывают и конвертируют документы.</w:t>
      </w:r>
    </w:p>
    <w:p>
      <w:r>
        <w:t>Текст здесь нужен только как содержимое: он написан для этого файла и ничего не значит. Кириллица, латиница, цифры 1234567890 и знаки № % — чтобы было видно, как программа справляется с кодировкой.</w:t>
      </w:r>
    </w:p>
    <w:p>
      <w:r>
        <w:t>Проверьте на этом файле: выделение и копирование текста, поиск по документу, печать, пересохранение в другой формат.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Формат</w:t>
            </w:r>
          </w:p>
        </w:tc>
        <w:tc>
          <w:tcPr>
            <w:tcW w:type="dxa" w:w="2880"/>
          </w:tcPr>
          <w:p>
            <w:r>
              <w:t>Расширение</w:t>
            </w:r>
          </w:p>
        </w:tc>
        <w:tc>
          <w:tcPr>
            <w:tcW w:type="dxa" w:w="2880"/>
          </w:tcPr>
          <w:p>
            <w:r>
              <w:t>Тип содержимого</w:t>
            </w:r>
          </w:p>
        </w:tc>
      </w:tr>
      <w:tr>
        <w:tc>
          <w:tcPr>
            <w:tcW w:type="dxa" w:w="2880"/>
          </w:tcPr>
          <w:p>
            <w:r>
              <w:t>Документ Word</w:t>
            </w:r>
          </w:p>
        </w:tc>
        <w:tc>
          <w:tcPr>
            <w:tcW w:type="dxa" w:w="2880"/>
          </w:tcPr>
          <w:p>
            <w:r>
              <w:t>docx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Таблица Excel</w:t>
            </w:r>
          </w:p>
        </w:tc>
        <w:tc>
          <w:tcPr>
            <w:tcW w:type="dxa" w:w="2880"/>
          </w:tcPr>
          <w:p>
            <w:r>
              <w:t>xlsx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Портативный документ</w:t>
            </w:r>
          </w:p>
        </w:tc>
        <w:tc>
          <w:tcPr>
            <w:tcW w:type="dxa" w:w="2880"/>
          </w:tcPr>
          <w:p>
            <w:r>
              <w:t>pdf</w:t>
            </w:r>
          </w:p>
        </w:tc>
        <w:tc>
          <w:tcPr>
            <w:tcW w:type="dxa" w:w="2880"/>
          </w:tcPr>
          <w:p>
            <w:r>
              <w:t>application/pdf</w:t>
            </w:r>
          </w:p>
        </w:tc>
      </w:tr>
      <w:tr>
        <w:tc>
          <w:tcPr>
            <w:tcW w:type="dxa" w:w="2880"/>
          </w:tcPr>
          <w:p>
            <w:r>
              <w:t>Простой текст</w:t>
            </w:r>
          </w:p>
        </w:tc>
        <w:tc>
          <w:tcPr>
            <w:tcW w:type="dxa" w:w="2880"/>
          </w:tcPr>
          <w:p>
            <w:r>
              <w:t>txt</w:t>
            </w:r>
          </w:p>
        </w:tc>
        <w:tc>
          <w:tcPr>
            <w:tcW w:type="dxa" w:w="2880"/>
          </w:tcPr>
          <w:p>
            <w:r>
              <w:t>text/plain</w:t>
            </w:r>
          </w:p>
        </w:tc>
      </w:tr>
    </w:tbl>
    <w:p>
      <w:r>
        <w:br w:type="page"/>
      </w:r>
    </w:p>
    <w:p>
      <w:pPr>
        <w:pStyle w:val="Heading1"/>
      </w:pPr>
      <w:r>
        <w:t>Тестовый документ 79</w:t>
      </w:r>
    </w:p>
    <w:p>
      <w:r>
        <w:t>Файл собран на сайте testovye-fayly.ru для проверки программ, которые читают, показывают и конвертируют документы.</w:t>
      </w:r>
    </w:p>
    <w:p>
      <w:r>
        <w:t>Текст здесь нужен только как содержимое: он написан для этого файла и ничего не значит. Кириллица, латиница, цифры 1234567890 и знаки № % — чтобы было видно, как программа справляется с кодировкой.</w:t>
      </w:r>
    </w:p>
    <w:p>
      <w:r>
        <w:t>Проверьте на этом файле: выделение и копирование текста, поиск по документу, печать, пересохранение в другой формат.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Формат</w:t>
            </w:r>
          </w:p>
        </w:tc>
        <w:tc>
          <w:tcPr>
            <w:tcW w:type="dxa" w:w="2880"/>
          </w:tcPr>
          <w:p>
            <w:r>
              <w:t>Расширение</w:t>
            </w:r>
          </w:p>
        </w:tc>
        <w:tc>
          <w:tcPr>
            <w:tcW w:type="dxa" w:w="2880"/>
          </w:tcPr>
          <w:p>
            <w:r>
              <w:t>Тип содержимого</w:t>
            </w:r>
          </w:p>
        </w:tc>
      </w:tr>
      <w:tr>
        <w:tc>
          <w:tcPr>
            <w:tcW w:type="dxa" w:w="2880"/>
          </w:tcPr>
          <w:p>
            <w:r>
              <w:t>Документ Word</w:t>
            </w:r>
          </w:p>
        </w:tc>
        <w:tc>
          <w:tcPr>
            <w:tcW w:type="dxa" w:w="2880"/>
          </w:tcPr>
          <w:p>
            <w:r>
              <w:t>docx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Таблица Excel</w:t>
            </w:r>
          </w:p>
        </w:tc>
        <w:tc>
          <w:tcPr>
            <w:tcW w:type="dxa" w:w="2880"/>
          </w:tcPr>
          <w:p>
            <w:r>
              <w:t>xlsx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Портативный документ</w:t>
            </w:r>
          </w:p>
        </w:tc>
        <w:tc>
          <w:tcPr>
            <w:tcW w:type="dxa" w:w="2880"/>
          </w:tcPr>
          <w:p>
            <w:r>
              <w:t>pdf</w:t>
            </w:r>
          </w:p>
        </w:tc>
        <w:tc>
          <w:tcPr>
            <w:tcW w:type="dxa" w:w="2880"/>
          </w:tcPr>
          <w:p>
            <w:r>
              <w:t>application/pdf</w:t>
            </w:r>
          </w:p>
        </w:tc>
      </w:tr>
      <w:tr>
        <w:tc>
          <w:tcPr>
            <w:tcW w:type="dxa" w:w="2880"/>
          </w:tcPr>
          <w:p>
            <w:r>
              <w:t>Простой текст</w:t>
            </w:r>
          </w:p>
        </w:tc>
        <w:tc>
          <w:tcPr>
            <w:tcW w:type="dxa" w:w="2880"/>
          </w:tcPr>
          <w:p>
            <w:r>
              <w:t>txt</w:t>
            </w:r>
          </w:p>
        </w:tc>
        <w:tc>
          <w:tcPr>
            <w:tcW w:type="dxa" w:w="2880"/>
          </w:tcPr>
          <w:p>
            <w:r>
              <w:t>text/plain</w:t>
            </w:r>
          </w:p>
        </w:tc>
      </w:tr>
    </w:tbl>
    <w:p>
      <w:r>
        <w:br w:type="page"/>
      </w:r>
    </w:p>
    <w:p>
      <w:pPr>
        <w:pStyle w:val="Heading1"/>
      </w:pPr>
      <w:r>
        <w:t>Тестовый документ 80</w:t>
      </w:r>
    </w:p>
    <w:p>
      <w:r>
        <w:t>Файл собран на сайте testovye-fayly.ru для проверки программ, которые читают, показывают и конвертируют документы.</w:t>
      </w:r>
    </w:p>
    <w:p>
      <w:r>
        <w:t>Текст здесь нужен только как содержимое: он написан для этого файла и ничего не значит. Кириллица, латиница, цифры 1234567890 и знаки № % — чтобы было видно, как программа справляется с кодировкой.</w:t>
      </w:r>
    </w:p>
    <w:p>
      <w:r>
        <w:t>Проверьте на этом файле: выделение и копирование текста, поиск по документу, печать, пересохранение в другой формат.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Формат</w:t>
            </w:r>
          </w:p>
        </w:tc>
        <w:tc>
          <w:tcPr>
            <w:tcW w:type="dxa" w:w="2880"/>
          </w:tcPr>
          <w:p>
            <w:r>
              <w:t>Расширение</w:t>
            </w:r>
          </w:p>
        </w:tc>
        <w:tc>
          <w:tcPr>
            <w:tcW w:type="dxa" w:w="2880"/>
          </w:tcPr>
          <w:p>
            <w:r>
              <w:t>Тип содержимого</w:t>
            </w:r>
          </w:p>
        </w:tc>
      </w:tr>
      <w:tr>
        <w:tc>
          <w:tcPr>
            <w:tcW w:type="dxa" w:w="2880"/>
          </w:tcPr>
          <w:p>
            <w:r>
              <w:t>Документ Word</w:t>
            </w:r>
          </w:p>
        </w:tc>
        <w:tc>
          <w:tcPr>
            <w:tcW w:type="dxa" w:w="2880"/>
          </w:tcPr>
          <w:p>
            <w:r>
              <w:t>docx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Таблица Excel</w:t>
            </w:r>
          </w:p>
        </w:tc>
        <w:tc>
          <w:tcPr>
            <w:tcW w:type="dxa" w:w="2880"/>
          </w:tcPr>
          <w:p>
            <w:r>
              <w:t>xlsx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Портативный документ</w:t>
            </w:r>
          </w:p>
        </w:tc>
        <w:tc>
          <w:tcPr>
            <w:tcW w:type="dxa" w:w="2880"/>
          </w:tcPr>
          <w:p>
            <w:r>
              <w:t>pdf</w:t>
            </w:r>
          </w:p>
        </w:tc>
        <w:tc>
          <w:tcPr>
            <w:tcW w:type="dxa" w:w="2880"/>
          </w:tcPr>
          <w:p>
            <w:r>
              <w:t>application/pdf</w:t>
            </w:r>
          </w:p>
        </w:tc>
      </w:tr>
      <w:tr>
        <w:tc>
          <w:tcPr>
            <w:tcW w:type="dxa" w:w="2880"/>
          </w:tcPr>
          <w:p>
            <w:r>
              <w:t>Простой текст</w:t>
            </w:r>
          </w:p>
        </w:tc>
        <w:tc>
          <w:tcPr>
            <w:tcW w:type="dxa" w:w="2880"/>
          </w:tcPr>
          <w:p>
            <w:r>
              <w:t>txt</w:t>
            </w:r>
          </w:p>
        </w:tc>
        <w:tc>
          <w:tcPr>
            <w:tcW w:type="dxa" w:w="2880"/>
          </w:tcPr>
          <w:p>
            <w:r>
              <w:t>text/plain</w:t>
            </w:r>
          </w:p>
        </w:tc>
      </w:tr>
    </w:tbl>
    <w:p>
      <w:r>
        <w:br w:type="page"/>
      </w:r>
    </w:p>
    <w:p>
      <w:pPr>
        <w:pStyle w:val="Heading1"/>
      </w:pPr>
      <w:r>
        <w:t>Тестовый документ 81</w:t>
      </w:r>
    </w:p>
    <w:p>
      <w:r>
        <w:t>Файл собран на сайте testovye-fayly.ru для проверки программ, которые читают, показывают и конвертируют документы.</w:t>
      </w:r>
    </w:p>
    <w:p>
      <w:r>
        <w:t>Текст здесь нужен только как содержимое: он написан для этого файла и ничего не значит. Кириллица, латиница, цифры 1234567890 и знаки № % — чтобы было видно, как программа справляется с кодировкой.</w:t>
      </w:r>
    </w:p>
    <w:p>
      <w:r>
        <w:t>Проверьте на этом файле: выделение и копирование текста, поиск по документу, печать, пересохранение в другой формат.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Формат</w:t>
            </w:r>
          </w:p>
        </w:tc>
        <w:tc>
          <w:tcPr>
            <w:tcW w:type="dxa" w:w="2880"/>
          </w:tcPr>
          <w:p>
            <w:r>
              <w:t>Расширение</w:t>
            </w:r>
          </w:p>
        </w:tc>
        <w:tc>
          <w:tcPr>
            <w:tcW w:type="dxa" w:w="2880"/>
          </w:tcPr>
          <w:p>
            <w:r>
              <w:t>Тип содержимого</w:t>
            </w:r>
          </w:p>
        </w:tc>
      </w:tr>
      <w:tr>
        <w:tc>
          <w:tcPr>
            <w:tcW w:type="dxa" w:w="2880"/>
          </w:tcPr>
          <w:p>
            <w:r>
              <w:t>Документ Word</w:t>
            </w:r>
          </w:p>
        </w:tc>
        <w:tc>
          <w:tcPr>
            <w:tcW w:type="dxa" w:w="2880"/>
          </w:tcPr>
          <w:p>
            <w:r>
              <w:t>docx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Таблица Excel</w:t>
            </w:r>
          </w:p>
        </w:tc>
        <w:tc>
          <w:tcPr>
            <w:tcW w:type="dxa" w:w="2880"/>
          </w:tcPr>
          <w:p>
            <w:r>
              <w:t>xlsx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Портативный документ</w:t>
            </w:r>
          </w:p>
        </w:tc>
        <w:tc>
          <w:tcPr>
            <w:tcW w:type="dxa" w:w="2880"/>
          </w:tcPr>
          <w:p>
            <w:r>
              <w:t>pdf</w:t>
            </w:r>
          </w:p>
        </w:tc>
        <w:tc>
          <w:tcPr>
            <w:tcW w:type="dxa" w:w="2880"/>
          </w:tcPr>
          <w:p>
            <w:r>
              <w:t>application/pdf</w:t>
            </w:r>
          </w:p>
        </w:tc>
      </w:tr>
      <w:tr>
        <w:tc>
          <w:tcPr>
            <w:tcW w:type="dxa" w:w="2880"/>
          </w:tcPr>
          <w:p>
            <w:r>
              <w:t>Простой текст</w:t>
            </w:r>
          </w:p>
        </w:tc>
        <w:tc>
          <w:tcPr>
            <w:tcW w:type="dxa" w:w="2880"/>
          </w:tcPr>
          <w:p>
            <w:r>
              <w:t>txt</w:t>
            </w:r>
          </w:p>
        </w:tc>
        <w:tc>
          <w:tcPr>
            <w:tcW w:type="dxa" w:w="2880"/>
          </w:tcPr>
          <w:p>
            <w:r>
              <w:t>text/plain</w:t>
            </w:r>
          </w:p>
        </w:tc>
      </w:tr>
    </w:tbl>
    <w:p>
      <w:r>
        <w:br w:type="page"/>
      </w:r>
    </w:p>
    <w:p>
      <w:pPr>
        <w:pStyle w:val="Heading1"/>
      </w:pPr>
      <w:r>
        <w:t>Тестовый документ 82</w:t>
      </w:r>
    </w:p>
    <w:p>
      <w:r>
        <w:t>Файл собран на сайте testovye-fayly.ru для проверки программ, которые читают, показывают и конвертируют документы.</w:t>
      </w:r>
    </w:p>
    <w:p>
      <w:r>
        <w:t>Текст здесь нужен только как содержимое: он написан для этого файла и ничего не значит. Кириллица, латиница, цифры 1234567890 и знаки № % — чтобы было видно, как программа справляется с кодировкой.</w:t>
      </w:r>
    </w:p>
    <w:p>
      <w:r>
        <w:t>Проверьте на этом файле: выделение и копирование текста, поиск по документу, печать, пересохранение в другой формат.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Формат</w:t>
            </w:r>
          </w:p>
        </w:tc>
        <w:tc>
          <w:tcPr>
            <w:tcW w:type="dxa" w:w="2880"/>
          </w:tcPr>
          <w:p>
            <w:r>
              <w:t>Расширение</w:t>
            </w:r>
          </w:p>
        </w:tc>
        <w:tc>
          <w:tcPr>
            <w:tcW w:type="dxa" w:w="2880"/>
          </w:tcPr>
          <w:p>
            <w:r>
              <w:t>Тип содержимого</w:t>
            </w:r>
          </w:p>
        </w:tc>
      </w:tr>
      <w:tr>
        <w:tc>
          <w:tcPr>
            <w:tcW w:type="dxa" w:w="2880"/>
          </w:tcPr>
          <w:p>
            <w:r>
              <w:t>Документ Word</w:t>
            </w:r>
          </w:p>
        </w:tc>
        <w:tc>
          <w:tcPr>
            <w:tcW w:type="dxa" w:w="2880"/>
          </w:tcPr>
          <w:p>
            <w:r>
              <w:t>docx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Таблица Excel</w:t>
            </w:r>
          </w:p>
        </w:tc>
        <w:tc>
          <w:tcPr>
            <w:tcW w:type="dxa" w:w="2880"/>
          </w:tcPr>
          <w:p>
            <w:r>
              <w:t>xlsx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Портативный документ</w:t>
            </w:r>
          </w:p>
        </w:tc>
        <w:tc>
          <w:tcPr>
            <w:tcW w:type="dxa" w:w="2880"/>
          </w:tcPr>
          <w:p>
            <w:r>
              <w:t>pdf</w:t>
            </w:r>
          </w:p>
        </w:tc>
        <w:tc>
          <w:tcPr>
            <w:tcW w:type="dxa" w:w="2880"/>
          </w:tcPr>
          <w:p>
            <w:r>
              <w:t>application/pdf</w:t>
            </w:r>
          </w:p>
        </w:tc>
      </w:tr>
      <w:tr>
        <w:tc>
          <w:tcPr>
            <w:tcW w:type="dxa" w:w="2880"/>
          </w:tcPr>
          <w:p>
            <w:r>
              <w:t>Простой текст</w:t>
            </w:r>
          </w:p>
        </w:tc>
        <w:tc>
          <w:tcPr>
            <w:tcW w:type="dxa" w:w="2880"/>
          </w:tcPr>
          <w:p>
            <w:r>
              <w:t>txt</w:t>
            </w:r>
          </w:p>
        </w:tc>
        <w:tc>
          <w:tcPr>
            <w:tcW w:type="dxa" w:w="2880"/>
          </w:tcPr>
          <w:p>
            <w:r>
              <w:t>text/plain</w:t>
            </w:r>
          </w:p>
        </w:tc>
      </w:tr>
    </w:tbl>
    <w:p>
      <w:r>
        <w:br w:type="page"/>
      </w:r>
    </w:p>
    <w:p>
      <w:pPr>
        <w:pStyle w:val="Heading1"/>
      </w:pPr>
      <w:r>
        <w:t>Тестовый документ 83</w:t>
      </w:r>
    </w:p>
    <w:p>
      <w:r>
        <w:t>Файл собран на сайте testovye-fayly.ru для проверки программ, которые читают, показывают и конвертируют документы.</w:t>
      </w:r>
    </w:p>
    <w:p>
      <w:r>
        <w:t>Текст здесь нужен только как содержимое: он написан для этого файла и ничего не значит. Кириллица, латиница, цифры 1234567890 и знаки № % — чтобы было видно, как программа справляется с кодировкой.</w:t>
      </w:r>
    </w:p>
    <w:p>
      <w:r>
        <w:t>Проверьте на этом файле: выделение и копирование текста, поиск по документу, печать, пересохранение в другой формат.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Формат</w:t>
            </w:r>
          </w:p>
        </w:tc>
        <w:tc>
          <w:tcPr>
            <w:tcW w:type="dxa" w:w="2880"/>
          </w:tcPr>
          <w:p>
            <w:r>
              <w:t>Расширение</w:t>
            </w:r>
          </w:p>
        </w:tc>
        <w:tc>
          <w:tcPr>
            <w:tcW w:type="dxa" w:w="2880"/>
          </w:tcPr>
          <w:p>
            <w:r>
              <w:t>Тип содержимого</w:t>
            </w:r>
          </w:p>
        </w:tc>
      </w:tr>
      <w:tr>
        <w:tc>
          <w:tcPr>
            <w:tcW w:type="dxa" w:w="2880"/>
          </w:tcPr>
          <w:p>
            <w:r>
              <w:t>Документ Word</w:t>
            </w:r>
          </w:p>
        </w:tc>
        <w:tc>
          <w:tcPr>
            <w:tcW w:type="dxa" w:w="2880"/>
          </w:tcPr>
          <w:p>
            <w:r>
              <w:t>docx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Таблица Excel</w:t>
            </w:r>
          </w:p>
        </w:tc>
        <w:tc>
          <w:tcPr>
            <w:tcW w:type="dxa" w:w="2880"/>
          </w:tcPr>
          <w:p>
            <w:r>
              <w:t>xlsx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Портативный документ</w:t>
            </w:r>
          </w:p>
        </w:tc>
        <w:tc>
          <w:tcPr>
            <w:tcW w:type="dxa" w:w="2880"/>
          </w:tcPr>
          <w:p>
            <w:r>
              <w:t>pdf</w:t>
            </w:r>
          </w:p>
        </w:tc>
        <w:tc>
          <w:tcPr>
            <w:tcW w:type="dxa" w:w="2880"/>
          </w:tcPr>
          <w:p>
            <w:r>
              <w:t>application/pdf</w:t>
            </w:r>
          </w:p>
        </w:tc>
      </w:tr>
      <w:tr>
        <w:tc>
          <w:tcPr>
            <w:tcW w:type="dxa" w:w="2880"/>
          </w:tcPr>
          <w:p>
            <w:r>
              <w:t>Простой текст</w:t>
            </w:r>
          </w:p>
        </w:tc>
        <w:tc>
          <w:tcPr>
            <w:tcW w:type="dxa" w:w="2880"/>
          </w:tcPr>
          <w:p>
            <w:r>
              <w:t>txt</w:t>
            </w:r>
          </w:p>
        </w:tc>
        <w:tc>
          <w:tcPr>
            <w:tcW w:type="dxa" w:w="2880"/>
          </w:tcPr>
          <w:p>
            <w:r>
              <w:t>text/plain</w:t>
            </w:r>
          </w:p>
        </w:tc>
      </w:tr>
    </w:tbl>
    <w:p>
      <w:r>
        <w:br w:type="page"/>
      </w:r>
    </w:p>
    <w:p>
      <w:pPr>
        <w:pStyle w:val="Heading1"/>
      </w:pPr>
      <w:r>
        <w:t>Тестовый документ 84</w:t>
      </w:r>
    </w:p>
    <w:p>
      <w:r>
        <w:t>Файл собран на сайте testovye-fayly.ru для проверки программ, которые читают, показывают и конвертируют документы.</w:t>
      </w:r>
    </w:p>
    <w:p>
      <w:r>
        <w:t>Текст здесь нужен только как содержимое: он написан для этого файла и ничего не значит. Кириллица, латиница, цифры 1234567890 и знаки № % — чтобы было видно, как программа справляется с кодировкой.</w:t>
      </w:r>
    </w:p>
    <w:p>
      <w:r>
        <w:t>Проверьте на этом файле: выделение и копирование текста, поиск по документу, печать, пересохранение в другой формат.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Формат</w:t>
            </w:r>
          </w:p>
        </w:tc>
        <w:tc>
          <w:tcPr>
            <w:tcW w:type="dxa" w:w="2880"/>
          </w:tcPr>
          <w:p>
            <w:r>
              <w:t>Расширение</w:t>
            </w:r>
          </w:p>
        </w:tc>
        <w:tc>
          <w:tcPr>
            <w:tcW w:type="dxa" w:w="2880"/>
          </w:tcPr>
          <w:p>
            <w:r>
              <w:t>Тип содержимого</w:t>
            </w:r>
          </w:p>
        </w:tc>
      </w:tr>
      <w:tr>
        <w:tc>
          <w:tcPr>
            <w:tcW w:type="dxa" w:w="2880"/>
          </w:tcPr>
          <w:p>
            <w:r>
              <w:t>Документ Word</w:t>
            </w:r>
          </w:p>
        </w:tc>
        <w:tc>
          <w:tcPr>
            <w:tcW w:type="dxa" w:w="2880"/>
          </w:tcPr>
          <w:p>
            <w:r>
              <w:t>docx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Таблица Excel</w:t>
            </w:r>
          </w:p>
        </w:tc>
        <w:tc>
          <w:tcPr>
            <w:tcW w:type="dxa" w:w="2880"/>
          </w:tcPr>
          <w:p>
            <w:r>
              <w:t>xlsx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Портативный документ</w:t>
            </w:r>
          </w:p>
        </w:tc>
        <w:tc>
          <w:tcPr>
            <w:tcW w:type="dxa" w:w="2880"/>
          </w:tcPr>
          <w:p>
            <w:r>
              <w:t>pdf</w:t>
            </w:r>
          </w:p>
        </w:tc>
        <w:tc>
          <w:tcPr>
            <w:tcW w:type="dxa" w:w="2880"/>
          </w:tcPr>
          <w:p>
            <w:r>
              <w:t>application/pdf</w:t>
            </w:r>
          </w:p>
        </w:tc>
      </w:tr>
      <w:tr>
        <w:tc>
          <w:tcPr>
            <w:tcW w:type="dxa" w:w="2880"/>
          </w:tcPr>
          <w:p>
            <w:r>
              <w:t>Простой текст</w:t>
            </w:r>
          </w:p>
        </w:tc>
        <w:tc>
          <w:tcPr>
            <w:tcW w:type="dxa" w:w="2880"/>
          </w:tcPr>
          <w:p>
            <w:r>
              <w:t>txt</w:t>
            </w:r>
          </w:p>
        </w:tc>
        <w:tc>
          <w:tcPr>
            <w:tcW w:type="dxa" w:w="2880"/>
          </w:tcPr>
          <w:p>
            <w:r>
              <w:t>text/plain</w:t>
            </w:r>
          </w:p>
        </w:tc>
      </w:tr>
    </w:tbl>
    <w:p>
      <w:r>
        <w:br w:type="page"/>
      </w:r>
    </w:p>
    <w:p>
      <w:pPr>
        <w:pStyle w:val="Heading1"/>
      </w:pPr>
      <w:r>
        <w:t>Тестовый документ 85</w:t>
      </w:r>
    </w:p>
    <w:p>
      <w:r>
        <w:t>Файл собран на сайте testovye-fayly.ru для проверки программ, которые читают, показывают и конвертируют документы.</w:t>
      </w:r>
    </w:p>
    <w:p>
      <w:r>
        <w:t>Текст здесь нужен только как содержимое: он написан для этого файла и ничего не значит. Кириллица, латиница, цифры 1234567890 и знаки № % — чтобы было видно, как программа справляется с кодировкой.</w:t>
      </w:r>
    </w:p>
    <w:p>
      <w:r>
        <w:t>Проверьте на этом файле: выделение и копирование текста, поиск по документу, печать, пересохранение в другой формат.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Формат</w:t>
            </w:r>
          </w:p>
        </w:tc>
        <w:tc>
          <w:tcPr>
            <w:tcW w:type="dxa" w:w="2880"/>
          </w:tcPr>
          <w:p>
            <w:r>
              <w:t>Расширение</w:t>
            </w:r>
          </w:p>
        </w:tc>
        <w:tc>
          <w:tcPr>
            <w:tcW w:type="dxa" w:w="2880"/>
          </w:tcPr>
          <w:p>
            <w:r>
              <w:t>Тип содержимого</w:t>
            </w:r>
          </w:p>
        </w:tc>
      </w:tr>
      <w:tr>
        <w:tc>
          <w:tcPr>
            <w:tcW w:type="dxa" w:w="2880"/>
          </w:tcPr>
          <w:p>
            <w:r>
              <w:t>Документ Word</w:t>
            </w:r>
          </w:p>
        </w:tc>
        <w:tc>
          <w:tcPr>
            <w:tcW w:type="dxa" w:w="2880"/>
          </w:tcPr>
          <w:p>
            <w:r>
              <w:t>docx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Таблица Excel</w:t>
            </w:r>
          </w:p>
        </w:tc>
        <w:tc>
          <w:tcPr>
            <w:tcW w:type="dxa" w:w="2880"/>
          </w:tcPr>
          <w:p>
            <w:r>
              <w:t>xlsx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Портативный документ</w:t>
            </w:r>
          </w:p>
        </w:tc>
        <w:tc>
          <w:tcPr>
            <w:tcW w:type="dxa" w:w="2880"/>
          </w:tcPr>
          <w:p>
            <w:r>
              <w:t>pdf</w:t>
            </w:r>
          </w:p>
        </w:tc>
        <w:tc>
          <w:tcPr>
            <w:tcW w:type="dxa" w:w="2880"/>
          </w:tcPr>
          <w:p>
            <w:r>
              <w:t>application/pdf</w:t>
            </w:r>
          </w:p>
        </w:tc>
      </w:tr>
      <w:tr>
        <w:tc>
          <w:tcPr>
            <w:tcW w:type="dxa" w:w="2880"/>
          </w:tcPr>
          <w:p>
            <w:r>
              <w:t>Простой текст</w:t>
            </w:r>
          </w:p>
        </w:tc>
        <w:tc>
          <w:tcPr>
            <w:tcW w:type="dxa" w:w="2880"/>
          </w:tcPr>
          <w:p>
            <w:r>
              <w:t>txt</w:t>
            </w:r>
          </w:p>
        </w:tc>
        <w:tc>
          <w:tcPr>
            <w:tcW w:type="dxa" w:w="2880"/>
          </w:tcPr>
          <w:p>
            <w:r>
              <w:t>text/plain</w:t>
            </w:r>
          </w:p>
        </w:tc>
      </w:tr>
    </w:tbl>
    <w:p>
      <w:r>
        <w:br w:type="page"/>
      </w:r>
    </w:p>
    <w:p>
      <w:pPr>
        <w:pStyle w:val="Heading1"/>
      </w:pPr>
      <w:r>
        <w:t>Тестовый документ 86</w:t>
      </w:r>
    </w:p>
    <w:p>
      <w:r>
        <w:t>Файл собран на сайте testovye-fayly.ru для проверки программ, которые читают, показывают и конвертируют документы.</w:t>
      </w:r>
    </w:p>
    <w:p>
      <w:r>
        <w:t>Текст здесь нужен только как содержимое: он написан для этого файла и ничего не значит. Кириллица, латиница, цифры 1234567890 и знаки № % — чтобы было видно, как программа справляется с кодировкой.</w:t>
      </w:r>
    </w:p>
    <w:p>
      <w:r>
        <w:t>Проверьте на этом файле: выделение и копирование текста, поиск по документу, печать, пересохранение в другой формат.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Формат</w:t>
            </w:r>
          </w:p>
        </w:tc>
        <w:tc>
          <w:tcPr>
            <w:tcW w:type="dxa" w:w="2880"/>
          </w:tcPr>
          <w:p>
            <w:r>
              <w:t>Расширение</w:t>
            </w:r>
          </w:p>
        </w:tc>
        <w:tc>
          <w:tcPr>
            <w:tcW w:type="dxa" w:w="2880"/>
          </w:tcPr>
          <w:p>
            <w:r>
              <w:t>Тип содержимого</w:t>
            </w:r>
          </w:p>
        </w:tc>
      </w:tr>
      <w:tr>
        <w:tc>
          <w:tcPr>
            <w:tcW w:type="dxa" w:w="2880"/>
          </w:tcPr>
          <w:p>
            <w:r>
              <w:t>Документ Word</w:t>
            </w:r>
          </w:p>
        </w:tc>
        <w:tc>
          <w:tcPr>
            <w:tcW w:type="dxa" w:w="2880"/>
          </w:tcPr>
          <w:p>
            <w:r>
              <w:t>docx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Таблица Excel</w:t>
            </w:r>
          </w:p>
        </w:tc>
        <w:tc>
          <w:tcPr>
            <w:tcW w:type="dxa" w:w="2880"/>
          </w:tcPr>
          <w:p>
            <w:r>
              <w:t>xlsx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Портативный документ</w:t>
            </w:r>
          </w:p>
        </w:tc>
        <w:tc>
          <w:tcPr>
            <w:tcW w:type="dxa" w:w="2880"/>
          </w:tcPr>
          <w:p>
            <w:r>
              <w:t>pdf</w:t>
            </w:r>
          </w:p>
        </w:tc>
        <w:tc>
          <w:tcPr>
            <w:tcW w:type="dxa" w:w="2880"/>
          </w:tcPr>
          <w:p>
            <w:r>
              <w:t>application/pdf</w:t>
            </w:r>
          </w:p>
        </w:tc>
      </w:tr>
      <w:tr>
        <w:tc>
          <w:tcPr>
            <w:tcW w:type="dxa" w:w="2880"/>
          </w:tcPr>
          <w:p>
            <w:r>
              <w:t>Простой текст</w:t>
            </w:r>
          </w:p>
        </w:tc>
        <w:tc>
          <w:tcPr>
            <w:tcW w:type="dxa" w:w="2880"/>
          </w:tcPr>
          <w:p>
            <w:r>
              <w:t>txt</w:t>
            </w:r>
          </w:p>
        </w:tc>
        <w:tc>
          <w:tcPr>
            <w:tcW w:type="dxa" w:w="2880"/>
          </w:tcPr>
          <w:p>
            <w:r>
              <w:t>text/plain</w:t>
            </w:r>
          </w:p>
        </w:tc>
      </w:tr>
    </w:tbl>
    <w:p>
      <w:r>
        <w:br w:type="page"/>
      </w:r>
    </w:p>
    <w:p>
      <w:pPr>
        <w:pStyle w:val="Heading1"/>
      </w:pPr>
      <w:r>
        <w:t>Тестовый документ 87</w:t>
      </w:r>
    </w:p>
    <w:p>
      <w:r>
        <w:t>Файл собран на сайте testovye-fayly.ru для проверки программ, которые читают, показывают и конвертируют документы.</w:t>
      </w:r>
    </w:p>
    <w:p>
      <w:r>
        <w:t>Текст здесь нужен только как содержимое: он написан для этого файла и ничего не значит. Кириллица, латиница, цифры 1234567890 и знаки № % — чтобы было видно, как программа справляется с кодировкой.</w:t>
      </w:r>
    </w:p>
    <w:p>
      <w:r>
        <w:t>Проверьте на этом файле: выделение и копирование текста, поиск по документу, печать, пересохранение в другой формат.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Формат</w:t>
            </w:r>
          </w:p>
        </w:tc>
        <w:tc>
          <w:tcPr>
            <w:tcW w:type="dxa" w:w="2880"/>
          </w:tcPr>
          <w:p>
            <w:r>
              <w:t>Расширение</w:t>
            </w:r>
          </w:p>
        </w:tc>
        <w:tc>
          <w:tcPr>
            <w:tcW w:type="dxa" w:w="2880"/>
          </w:tcPr>
          <w:p>
            <w:r>
              <w:t>Тип содержимого</w:t>
            </w:r>
          </w:p>
        </w:tc>
      </w:tr>
      <w:tr>
        <w:tc>
          <w:tcPr>
            <w:tcW w:type="dxa" w:w="2880"/>
          </w:tcPr>
          <w:p>
            <w:r>
              <w:t>Документ Word</w:t>
            </w:r>
          </w:p>
        </w:tc>
        <w:tc>
          <w:tcPr>
            <w:tcW w:type="dxa" w:w="2880"/>
          </w:tcPr>
          <w:p>
            <w:r>
              <w:t>docx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Таблица Excel</w:t>
            </w:r>
          </w:p>
        </w:tc>
        <w:tc>
          <w:tcPr>
            <w:tcW w:type="dxa" w:w="2880"/>
          </w:tcPr>
          <w:p>
            <w:r>
              <w:t>xlsx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Портативный документ</w:t>
            </w:r>
          </w:p>
        </w:tc>
        <w:tc>
          <w:tcPr>
            <w:tcW w:type="dxa" w:w="2880"/>
          </w:tcPr>
          <w:p>
            <w:r>
              <w:t>pdf</w:t>
            </w:r>
          </w:p>
        </w:tc>
        <w:tc>
          <w:tcPr>
            <w:tcW w:type="dxa" w:w="2880"/>
          </w:tcPr>
          <w:p>
            <w:r>
              <w:t>application/pdf</w:t>
            </w:r>
          </w:p>
        </w:tc>
      </w:tr>
      <w:tr>
        <w:tc>
          <w:tcPr>
            <w:tcW w:type="dxa" w:w="2880"/>
          </w:tcPr>
          <w:p>
            <w:r>
              <w:t>Простой текст</w:t>
            </w:r>
          </w:p>
        </w:tc>
        <w:tc>
          <w:tcPr>
            <w:tcW w:type="dxa" w:w="2880"/>
          </w:tcPr>
          <w:p>
            <w:r>
              <w:t>txt</w:t>
            </w:r>
          </w:p>
        </w:tc>
        <w:tc>
          <w:tcPr>
            <w:tcW w:type="dxa" w:w="2880"/>
          </w:tcPr>
          <w:p>
            <w:r>
              <w:t>text/plain</w:t>
            </w:r>
          </w:p>
        </w:tc>
      </w:tr>
    </w:tbl>
    <w:p>
      <w:r>
        <w:br w:type="page"/>
      </w:r>
    </w:p>
    <w:p>
      <w:pPr>
        <w:pStyle w:val="Heading1"/>
      </w:pPr>
      <w:r>
        <w:t>Тестовый документ 88</w:t>
      </w:r>
    </w:p>
    <w:p>
      <w:r>
        <w:t>Файл собран на сайте testovye-fayly.ru для проверки программ, которые читают, показывают и конвертируют документы.</w:t>
      </w:r>
    </w:p>
    <w:p>
      <w:r>
        <w:t>Текст здесь нужен только как содержимое: он написан для этого файла и ничего не значит. Кириллица, латиница, цифры 1234567890 и знаки № % — чтобы было видно, как программа справляется с кодировкой.</w:t>
      </w:r>
    </w:p>
    <w:p>
      <w:r>
        <w:t>Проверьте на этом файле: выделение и копирование текста, поиск по документу, печать, пересохранение в другой формат.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Формат</w:t>
            </w:r>
          </w:p>
        </w:tc>
        <w:tc>
          <w:tcPr>
            <w:tcW w:type="dxa" w:w="2880"/>
          </w:tcPr>
          <w:p>
            <w:r>
              <w:t>Расширение</w:t>
            </w:r>
          </w:p>
        </w:tc>
        <w:tc>
          <w:tcPr>
            <w:tcW w:type="dxa" w:w="2880"/>
          </w:tcPr>
          <w:p>
            <w:r>
              <w:t>Тип содержимого</w:t>
            </w:r>
          </w:p>
        </w:tc>
      </w:tr>
      <w:tr>
        <w:tc>
          <w:tcPr>
            <w:tcW w:type="dxa" w:w="2880"/>
          </w:tcPr>
          <w:p>
            <w:r>
              <w:t>Документ Word</w:t>
            </w:r>
          </w:p>
        </w:tc>
        <w:tc>
          <w:tcPr>
            <w:tcW w:type="dxa" w:w="2880"/>
          </w:tcPr>
          <w:p>
            <w:r>
              <w:t>docx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Таблица Excel</w:t>
            </w:r>
          </w:p>
        </w:tc>
        <w:tc>
          <w:tcPr>
            <w:tcW w:type="dxa" w:w="2880"/>
          </w:tcPr>
          <w:p>
            <w:r>
              <w:t>xlsx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Портативный документ</w:t>
            </w:r>
          </w:p>
        </w:tc>
        <w:tc>
          <w:tcPr>
            <w:tcW w:type="dxa" w:w="2880"/>
          </w:tcPr>
          <w:p>
            <w:r>
              <w:t>pdf</w:t>
            </w:r>
          </w:p>
        </w:tc>
        <w:tc>
          <w:tcPr>
            <w:tcW w:type="dxa" w:w="2880"/>
          </w:tcPr>
          <w:p>
            <w:r>
              <w:t>application/pdf</w:t>
            </w:r>
          </w:p>
        </w:tc>
      </w:tr>
      <w:tr>
        <w:tc>
          <w:tcPr>
            <w:tcW w:type="dxa" w:w="2880"/>
          </w:tcPr>
          <w:p>
            <w:r>
              <w:t>Простой текст</w:t>
            </w:r>
          </w:p>
        </w:tc>
        <w:tc>
          <w:tcPr>
            <w:tcW w:type="dxa" w:w="2880"/>
          </w:tcPr>
          <w:p>
            <w:r>
              <w:t>txt</w:t>
            </w:r>
          </w:p>
        </w:tc>
        <w:tc>
          <w:tcPr>
            <w:tcW w:type="dxa" w:w="2880"/>
          </w:tcPr>
          <w:p>
            <w:r>
              <w:t>text/plain</w:t>
            </w:r>
          </w:p>
        </w:tc>
      </w:tr>
    </w:tbl>
    <w:p>
      <w:r>
        <w:br w:type="page"/>
      </w:r>
    </w:p>
    <w:p>
      <w:pPr>
        <w:pStyle w:val="Heading1"/>
      </w:pPr>
      <w:r>
        <w:t>Тестовый документ 89</w:t>
      </w:r>
    </w:p>
    <w:p>
      <w:r>
        <w:t>Файл собран на сайте testovye-fayly.ru для проверки программ, которые читают, показывают и конвертируют документы.</w:t>
      </w:r>
    </w:p>
    <w:p>
      <w:r>
        <w:t>Текст здесь нужен только как содержимое: он написан для этого файла и ничего не значит. Кириллица, латиница, цифры 1234567890 и знаки № % — чтобы было видно, как программа справляется с кодировкой.</w:t>
      </w:r>
    </w:p>
    <w:p>
      <w:r>
        <w:t>Проверьте на этом файле: выделение и копирование текста, поиск по документу, печать, пересохранение в другой формат.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Формат</w:t>
            </w:r>
          </w:p>
        </w:tc>
        <w:tc>
          <w:tcPr>
            <w:tcW w:type="dxa" w:w="2880"/>
          </w:tcPr>
          <w:p>
            <w:r>
              <w:t>Расширение</w:t>
            </w:r>
          </w:p>
        </w:tc>
        <w:tc>
          <w:tcPr>
            <w:tcW w:type="dxa" w:w="2880"/>
          </w:tcPr>
          <w:p>
            <w:r>
              <w:t>Тип содержимого</w:t>
            </w:r>
          </w:p>
        </w:tc>
      </w:tr>
      <w:tr>
        <w:tc>
          <w:tcPr>
            <w:tcW w:type="dxa" w:w="2880"/>
          </w:tcPr>
          <w:p>
            <w:r>
              <w:t>Документ Word</w:t>
            </w:r>
          </w:p>
        </w:tc>
        <w:tc>
          <w:tcPr>
            <w:tcW w:type="dxa" w:w="2880"/>
          </w:tcPr>
          <w:p>
            <w:r>
              <w:t>docx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Таблица Excel</w:t>
            </w:r>
          </w:p>
        </w:tc>
        <w:tc>
          <w:tcPr>
            <w:tcW w:type="dxa" w:w="2880"/>
          </w:tcPr>
          <w:p>
            <w:r>
              <w:t>xlsx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Портативный документ</w:t>
            </w:r>
          </w:p>
        </w:tc>
        <w:tc>
          <w:tcPr>
            <w:tcW w:type="dxa" w:w="2880"/>
          </w:tcPr>
          <w:p>
            <w:r>
              <w:t>pdf</w:t>
            </w:r>
          </w:p>
        </w:tc>
        <w:tc>
          <w:tcPr>
            <w:tcW w:type="dxa" w:w="2880"/>
          </w:tcPr>
          <w:p>
            <w:r>
              <w:t>application/pdf</w:t>
            </w:r>
          </w:p>
        </w:tc>
      </w:tr>
      <w:tr>
        <w:tc>
          <w:tcPr>
            <w:tcW w:type="dxa" w:w="2880"/>
          </w:tcPr>
          <w:p>
            <w:r>
              <w:t>Простой текст</w:t>
            </w:r>
          </w:p>
        </w:tc>
        <w:tc>
          <w:tcPr>
            <w:tcW w:type="dxa" w:w="2880"/>
          </w:tcPr>
          <w:p>
            <w:r>
              <w:t>txt</w:t>
            </w:r>
          </w:p>
        </w:tc>
        <w:tc>
          <w:tcPr>
            <w:tcW w:type="dxa" w:w="2880"/>
          </w:tcPr>
          <w:p>
            <w:r>
              <w:t>text/plain</w:t>
            </w:r>
          </w:p>
        </w:tc>
      </w:tr>
    </w:tbl>
    <w:p>
      <w:r>
        <w:br w:type="page"/>
      </w:r>
    </w:p>
    <w:p>
      <w:pPr>
        <w:pStyle w:val="Heading1"/>
      </w:pPr>
      <w:r>
        <w:t>Тестовый документ 90</w:t>
      </w:r>
    </w:p>
    <w:p>
      <w:r>
        <w:t>Файл собран на сайте testovye-fayly.ru для проверки программ, которые читают, показывают и конвертируют документы.</w:t>
      </w:r>
    </w:p>
    <w:p>
      <w:r>
        <w:t>Текст здесь нужен только как содержимое: он написан для этого файла и ничего не значит. Кириллица, латиница, цифры 1234567890 и знаки № % — чтобы было видно, как программа справляется с кодировкой.</w:t>
      </w:r>
    </w:p>
    <w:p>
      <w:r>
        <w:t>Проверьте на этом файле: выделение и копирование текста, поиск по документу, печать, пересохранение в другой формат.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Формат</w:t>
            </w:r>
          </w:p>
        </w:tc>
        <w:tc>
          <w:tcPr>
            <w:tcW w:type="dxa" w:w="2880"/>
          </w:tcPr>
          <w:p>
            <w:r>
              <w:t>Расширение</w:t>
            </w:r>
          </w:p>
        </w:tc>
        <w:tc>
          <w:tcPr>
            <w:tcW w:type="dxa" w:w="2880"/>
          </w:tcPr>
          <w:p>
            <w:r>
              <w:t>Тип содержимого</w:t>
            </w:r>
          </w:p>
        </w:tc>
      </w:tr>
      <w:tr>
        <w:tc>
          <w:tcPr>
            <w:tcW w:type="dxa" w:w="2880"/>
          </w:tcPr>
          <w:p>
            <w:r>
              <w:t>Документ Word</w:t>
            </w:r>
          </w:p>
        </w:tc>
        <w:tc>
          <w:tcPr>
            <w:tcW w:type="dxa" w:w="2880"/>
          </w:tcPr>
          <w:p>
            <w:r>
              <w:t>docx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Таблица Excel</w:t>
            </w:r>
          </w:p>
        </w:tc>
        <w:tc>
          <w:tcPr>
            <w:tcW w:type="dxa" w:w="2880"/>
          </w:tcPr>
          <w:p>
            <w:r>
              <w:t>xlsx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Портативный документ</w:t>
            </w:r>
          </w:p>
        </w:tc>
        <w:tc>
          <w:tcPr>
            <w:tcW w:type="dxa" w:w="2880"/>
          </w:tcPr>
          <w:p>
            <w:r>
              <w:t>pdf</w:t>
            </w:r>
          </w:p>
        </w:tc>
        <w:tc>
          <w:tcPr>
            <w:tcW w:type="dxa" w:w="2880"/>
          </w:tcPr>
          <w:p>
            <w:r>
              <w:t>application/pdf</w:t>
            </w:r>
          </w:p>
        </w:tc>
      </w:tr>
      <w:tr>
        <w:tc>
          <w:tcPr>
            <w:tcW w:type="dxa" w:w="2880"/>
          </w:tcPr>
          <w:p>
            <w:r>
              <w:t>Простой текст</w:t>
            </w:r>
          </w:p>
        </w:tc>
        <w:tc>
          <w:tcPr>
            <w:tcW w:type="dxa" w:w="2880"/>
          </w:tcPr>
          <w:p>
            <w:r>
              <w:t>txt</w:t>
            </w:r>
          </w:p>
        </w:tc>
        <w:tc>
          <w:tcPr>
            <w:tcW w:type="dxa" w:w="2880"/>
          </w:tcPr>
          <w:p>
            <w:r>
              <w:t>text/plain</w:t>
            </w:r>
          </w:p>
        </w:tc>
      </w:tr>
    </w:tbl>
    <w:p>
      <w:r>
        <w:br w:type="page"/>
      </w:r>
    </w:p>
    <w:p>
      <w:pPr>
        <w:pStyle w:val="Heading1"/>
      </w:pPr>
      <w:r>
        <w:t>Тестовый документ 91</w:t>
      </w:r>
    </w:p>
    <w:p>
      <w:r>
        <w:t>Файл собран на сайте testovye-fayly.ru для проверки программ, которые читают, показывают и конвертируют документы.</w:t>
      </w:r>
    </w:p>
    <w:p>
      <w:r>
        <w:t>Текст здесь нужен только как содержимое: он написан для этого файла и ничего не значит. Кириллица, латиница, цифры 1234567890 и знаки № % — чтобы было видно, как программа справляется с кодировкой.</w:t>
      </w:r>
    </w:p>
    <w:p>
      <w:r>
        <w:t>Проверьте на этом файле: выделение и копирование текста, поиск по документу, печать, пересохранение в другой формат.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Формат</w:t>
            </w:r>
          </w:p>
        </w:tc>
        <w:tc>
          <w:tcPr>
            <w:tcW w:type="dxa" w:w="2880"/>
          </w:tcPr>
          <w:p>
            <w:r>
              <w:t>Расширение</w:t>
            </w:r>
          </w:p>
        </w:tc>
        <w:tc>
          <w:tcPr>
            <w:tcW w:type="dxa" w:w="2880"/>
          </w:tcPr>
          <w:p>
            <w:r>
              <w:t>Тип содержимого</w:t>
            </w:r>
          </w:p>
        </w:tc>
      </w:tr>
      <w:tr>
        <w:tc>
          <w:tcPr>
            <w:tcW w:type="dxa" w:w="2880"/>
          </w:tcPr>
          <w:p>
            <w:r>
              <w:t>Документ Word</w:t>
            </w:r>
          </w:p>
        </w:tc>
        <w:tc>
          <w:tcPr>
            <w:tcW w:type="dxa" w:w="2880"/>
          </w:tcPr>
          <w:p>
            <w:r>
              <w:t>docx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Таблица Excel</w:t>
            </w:r>
          </w:p>
        </w:tc>
        <w:tc>
          <w:tcPr>
            <w:tcW w:type="dxa" w:w="2880"/>
          </w:tcPr>
          <w:p>
            <w:r>
              <w:t>xlsx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Портативный документ</w:t>
            </w:r>
          </w:p>
        </w:tc>
        <w:tc>
          <w:tcPr>
            <w:tcW w:type="dxa" w:w="2880"/>
          </w:tcPr>
          <w:p>
            <w:r>
              <w:t>pdf</w:t>
            </w:r>
          </w:p>
        </w:tc>
        <w:tc>
          <w:tcPr>
            <w:tcW w:type="dxa" w:w="2880"/>
          </w:tcPr>
          <w:p>
            <w:r>
              <w:t>application/pdf</w:t>
            </w:r>
          </w:p>
        </w:tc>
      </w:tr>
      <w:tr>
        <w:tc>
          <w:tcPr>
            <w:tcW w:type="dxa" w:w="2880"/>
          </w:tcPr>
          <w:p>
            <w:r>
              <w:t>Простой текст</w:t>
            </w:r>
          </w:p>
        </w:tc>
        <w:tc>
          <w:tcPr>
            <w:tcW w:type="dxa" w:w="2880"/>
          </w:tcPr>
          <w:p>
            <w:r>
              <w:t>txt</w:t>
            </w:r>
          </w:p>
        </w:tc>
        <w:tc>
          <w:tcPr>
            <w:tcW w:type="dxa" w:w="2880"/>
          </w:tcPr>
          <w:p>
            <w:r>
              <w:t>text/plain</w:t>
            </w:r>
          </w:p>
        </w:tc>
      </w:tr>
    </w:tbl>
    <w:p>
      <w:r>
        <w:br w:type="page"/>
      </w:r>
    </w:p>
    <w:p>
      <w:pPr>
        <w:pStyle w:val="Heading1"/>
      </w:pPr>
      <w:r>
        <w:t>Тестовый документ 92</w:t>
      </w:r>
    </w:p>
    <w:p>
      <w:r>
        <w:t>Файл собран на сайте testovye-fayly.ru для проверки программ, которые читают, показывают и конвертируют документы.</w:t>
      </w:r>
    </w:p>
    <w:p>
      <w:r>
        <w:t>Текст здесь нужен только как содержимое: он написан для этого файла и ничего не значит. Кириллица, латиница, цифры 1234567890 и знаки № % — чтобы было видно, как программа справляется с кодировкой.</w:t>
      </w:r>
    </w:p>
    <w:p>
      <w:r>
        <w:t>Проверьте на этом файле: выделение и копирование текста, поиск по документу, печать, пересохранение в другой формат.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Формат</w:t>
            </w:r>
          </w:p>
        </w:tc>
        <w:tc>
          <w:tcPr>
            <w:tcW w:type="dxa" w:w="2880"/>
          </w:tcPr>
          <w:p>
            <w:r>
              <w:t>Расширение</w:t>
            </w:r>
          </w:p>
        </w:tc>
        <w:tc>
          <w:tcPr>
            <w:tcW w:type="dxa" w:w="2880"/>
          </w:tcPr>
          <w:p>
            <w:r>
              <w:t>Тип содержимого</w:t>
            </w:r>
          </w:p>
        </w:tc>
      </w:tr>
      <w:tr>
        <w:tc>
          <w:tcPr>
            <w:tcW w:type="dxa" w:w="2880"/>
          </w:tcPr>
          <w:p>
            <w:r>
              <w:t>Документ Word</w:t>
            </w:r>
          </w:p>
        </w:tc>
        <w:tc>
          <w:tcPr>
            <w:tcW w:type="dxa" w:w="2880"/>
          </w:tcPr>
          <w:p>
            <w:r>
              <w:t>docx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Таблица Excel</w:t>
            </w:r>
          </w:p>
        </w:tc>
        <w:tc>
          <w:tcPr>
            <w:tcW w:type="dxa" w:w="2880"/>
          </w:tcPr>
          <w:p>
            <w:r>
              <w:t>xlsx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Портативный документ</w:t>
            </w:r>
          </w:p>
        </w:tc>
        <w:tc>
          <w:tcPr>
            <w:tcW w:type="dxa" w:w="2880"/>
          </w:tcPr>
          <w:p>
            <w:r>
              <w:t>pdf</w:t>
            </w:r>
          </w:p>
        </w:tc>
        <w:tc>
          <w:tcPr>
            <w:tcW w:type="dxa" w:w="2880"/>
          </w:tcPr>
          <w:p>
            <w:r>
              <w:t>application/pdf</w:t>
            </w:r>
          </w:p>
        </w:tc>
      </w:tr>
      <w:tr>
        <w:tc>
          <w:tcPr>
            <w:tcW w:type="dxa" w:w="2880"/>
          </w:tcPr>
          <w:p>
            <w:r>
              <w:t>Простой текст</w:t>
            </w:r>
          </w:p>
        </w:tc>
        <w:tc>
          <w:tcPr>
            <w:tcW w:type="dxa" w:w="2880"/>
          </w:tcPr>
          <w:p>
            <w:r>
              <w:t>txt</w:t>
            </w:r>
          </w:p>
        </w:tc>
        <w:tc>
          <w:tcPr>
            <w:tcW w:type="dxa" w:w="2880"/>
          </w:tcPr>
          <w:p>
            <w:r>
              <w:t>text/plain</w:t>
            </w:r>
          </w:p>
        </w:tc>
      </w:tr>
    </w:tbl>
    <w:p>
      <w:r>
        <w:br w:type="page"/>
      </w:r>
    </w:p>
    <w:p>
      <w:pPr>
        <w:pStyle w:val="Heading1"/>
      </w:pPr>
      <w:r>
        <w:t>Тестовый документ 93</w:t>
      </w:r>
    </w:p>
    <w:p>
      <w:r>
        <w:t>Файл собран на сайте testovye-fayly.ru для проверки программ, которые читают, показывают и конвертируют документы.</w:t>
      </w:r>
    </w:p>
    <w:p>
      <w:r>
        <w:t>Текст здесь нужен только как содержимое: он написан для этого файла и ничего не значит. Кириллица, латиница, цифры 1234567890 и знаки № % — чтобы было видно, как программа справляется с кодировкой.</w:t>
      </w:r>
    </w:p>
    <w:p>
      <w:r>
        <w:t>Проверьте на этом файле: выделение и копирование текста, поиск по документу, печать, пересохранение в другой формат.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Формат</w:t>
            </w:r>
          </w:p>
        </w:tc>
        <w:tc>
          <w:tcPr>
            <w:tcW w:type="dxa" w:w="2880"/>
          </w:tcPr>
          <w:p>
            <w:r>
              <w:t>Расширение</w:t>
            </w:r>
          </w:p>
        </w:tc>
        <w:tc>
          <w:tcPr>
            <w:tcW w:type="dxa" w:w="2880"/>
          </w:tcPr>
          <w:p>
            <w:r>
              <w:t>Тип содержимого</w:t>
            </w:r>
          </w:p>
        </w:tc>
      </w:tr>
      <w:tr>
        <w:tc>
          <w:tcPr>
            <w:tcW w:type="dxa" w:w="2880"/>
          </w:tcPr>
          <w:p>
            <w:r>
              <w:t>Документ Word</w:t>
            </w:r>
          </w:p>
        </w:tc>
        <w:tc>
          <w:tcPr>
            <w:tcW w:type="dxa" w:w="2880"/>
          </w:tcPr>
          <w:p>
            <w:r>
              <w:t>docx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Таблица Excel</w:t>
            </w:r>
          </w:p>
        </w:tc>
        <w:tc>
          <w:tcPr>
            <w:tcW w:type="dxa" w:w="2880"/>
          </w:tcPr>
          <w:p>
            <w:r>
              <w:t>xlsx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Портативный документ</w:t>
            </w:r>
          </w:p>
        </w:tc>
        <w:tc>
          <w:tcPr>
            <w:tcW w:type="dxa" w:w="2880"/>
          </w:tcPr>
          <w:p>
            <w:r>
              <w:t>pdf</w:t>
            </w:r>
          </w:p>
        </w:tc>
        <w:tc>
          <w:tcPr>
            <w:tcW w:type="dxa" w:w="2880"/>
          </w:tcPr>
          <w:p>
            <w:r>
              <w:t>application/pdf</w:t>
            </w:r>
          </w:p>
        </w:tc>
      </w:tr>
      <w:tr>
        <w:tc>
          <w:tcPr>
            <w:tcW w:type="dxa" w:w="2880"/>
          </w:tcPr>
          <w:p>
            <w:r>
              <w:t>Простой текст</w:t>
            </w:r>
          </w:p>
        </w:tc>
        <w:tc>
          <w:tcPr>
            <w:tcW w:type="dxa" w:w="2880"/>
          </w:tcPr>
          <w:p>
            <w:r>
              <w:t>txt</w:t>
            </w:r>
          </w:p>
        </w:tc>
        <w:tc>
          <w:tcPr>
            <w:tcW w:type="dxa" w:w="2880"/>
          </w:tcPr>
          <w:p>
            <w:r>
              <w:t>text/plain</w:t>
            </w:r>
          </w:p>
        </w:tc>
      </w:tr>
    </w:tbl>
    <w:p>
      <w:r>
        <w:br w:type="page"/>
      </w:r>
    </w:p>
    <w:p>
      <w:pPr>
        <w:pStyle w:val="Heading1"/>
      </w:pPr>
      <w:r>
        <w:t>Тестовый документ 94</w:t>
      </w:r>
    </w:p>
    <w:p>
      <w:r>
        <w:t>Файл собран на сайте testovye-fayly.ru для проверки программ, которые читают, показывают и конвертируют документы.</w:t>
      </w:r>
    </w:p>
    <w:p>
      <w:r>
        <w:t>Текст здесь нужен только как содержимое: он написан для этого файла и ничего не значит. Кириллица, латиница, цифры 1234567890 и знаки № % — чтобы было видно, как программа справляется с кодировкой.</w:t>
      </w:r>
    </w:p>
    <w:p>
      <w:r>
        <w:t>Проверьте на этом файле: выделение и копирование текста, поиск по документу, печать, пересохранение в другой формат.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Формат</w:t>
            </w:r>
          </w:p>
        </w:tc>
        <w:tc>
          <w:tcPr>
            <w:tcW w:type="dxa" w:w="2880"/>
          </w:tcPr>
          <w:p>
            <w:r>
              <w:t>Расширение</w:t>
            </w:r>
          </w:p>
        </w:tc>
        <w:tc>
          <w:tcPr>
            <w:tcW w:type="dxa" w:w="2880"/>
          </w:tcPr>
          <w:p>
            <w:r>
              <w:t>Тип содержимого</w:t>
            </w:r>
          </w:p>
        </w:tc>
      </w:tr>
      <w:tr>
        <w:tc>
          <w:tcPr>
            <w:tcW w:type="dxa" w:w="2880"/>
          </w:tcPr>
          <w:p>
            <w:r>
              <w:t>Документ Word</w:t>
            </w:r>
          </w:p>
        </w:tc>
        <w:tc>
          <w:tcPr>
            <w:tcW w:type="dxa" w:w="2880"/>
          </w:tcPr>
          <w:p>
            <w:r>
              <w:t>docx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Таблица Excel</w:t>
            </w:r>
          </w:p>
        </w:tc>
        <w:tc>
          <w:tcPr>
            <w:tcW w:type="dxa" w:w="2880"/>
          </w:tcPr>
          <w:p>
            <w:r>
              <w:t>xlsx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Портативный документ</w:t>
            </w:r>
          </w:p>
        </w:tc>
        <w:tc>
          <w:tcPr>
            <w:tcW w:type="dxa" w:w="2880"/>
          </w:tcPr>
          <w:p>
            <w:r>
              <w:t>pdf</w:t>
            </w:r>
          </w:p>
        </w:tc>
        <w:tc>
          <w:tcPr>
            <w:tcW w:type="dxa" w:w="2880"/>
          </w:tcPr>
          <w:p>
            <w:r>
              <w:t>application/pdf</w:t>
            </w:r>
          </w:p>
        </w:tc>
      </w:tr>
      <w:tr>
        <w:tc>
          <w:tcPr>
            <w:tcW w:type="dxa" w:w="2880"/>
          </w:tcPr>
          <w:p>
            <w:r>
              <w:t>Простой текст</w:t>
            </w:r>
          </w:p>
        </w:tc>
        <w:tc>
          <w:tcPr>
            <w:tcW w:type="dxa" w:w="2880"/>
          </w:tcPr>
          <w:p>
            <w:r>
              <w:t>txt</w:t>
            </w:r>
          </w:p>
        </w:tc>
        <w:tc>
          <w:tcPr>
            <w:tcW w:type="dxa" w:w="2880"/>
          </w:tcPr>
          <w:p>
            <w:r>
              <w:t>text/plain</w:t>
            </w:r>
          </w:p>
        </w:tc>
      </w:tr>
    </w:tbl>
    <w:p>
      <w:r>
        <w:br w:type="page"/>
      </w:r>
    </w:p>
    <w:p>
      <w:pPr>
        <w:pStyle w:val="Heading1"/>
      </w:pPr>
      <w:r>
        <w:t>Тестовый документ 95</w:t>
      </w:r>
    </w:p>
    <w:p>
      <w:r>
        <w:t>Файл собран на сайте testovye-fayly.ru для проверки программ, которые читают, показывают и конвертируют документы.</w:t>
      </w:r>
    </w:p>
    <w:p>
      <w:r>
        <w:t>Текст здесь нужен только как содержимое: он написан для этого файла и ничего не значит. Кириллица, латиница, цифры 1234567890 и знаки № % — чтобы было видно, как программа справляется с кодировкой.</w:t>
      </w:r>
    </w:p>
    <w:p>
      <w:r>
        <w:t>Проверьте на этом файле: выделение и копирование текста, поиск по документу, печать, пересохранение в другой формат.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Формат</w:t>
            </w:r>
          </w:p>
        </w:tc>
        <w:tc>
          <w:tcPr>
            <w:tcW w:type="dxa" w:w="2880"/>
          </w:tcPr>
          <w:p>
            <w:r>
              <w:t>Расширение</w:t>
            </w:r>
          </w:p>
        </w:tc>
        <w:tc>
          <w:tcPr>
            <w:tcW w:type="dxa" w:w="2880"/>
          </w:tcPr>
          <w:p>
            <w:r>
              <w:t>Тип содержимого</w:t>
            </w:r>
          </w:p>
        </w:tc>
      </w:tr>
      <w:tr>
        <w:tc>
          <w:tcPr>
            <w:tcW w:type="dxa" w:w="2880"/>
          </w:tcPr>
          <w:p>
            <w:r>
              <w:t>Документ Word</w:t>
            </w:r>
          </w:p>
        </w:tc>
        <w:tc>
          <w:tcPr>
            <w:tcW w:type="dxa" w:w="2880"/>
          </w:tcPr>
          <w:p>
            <w:r>
              <w:t>docx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Таблица Excel</w:t>
            </w:r>
          </w:p>
        </w:tc>
        <w:tc>
          <w:tcPr>
            <w:tcW w:type="dxa" w:w="2880"/>
          </w:tcPr>
          <w:p>
            <w:r>
              <w:t>xlsx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Портативный документ</w:t>
            </w:r>
          </w:p>
        </w:tc>
        <w:tc>
          <w:tcPr>
            <w:tcW w:type="dxa" w:w="2880"/>
          </w:tcPr>
          <w:p>
            <w:r>
              <w:t>pdf</w:t>
            </w:r>
          </w:p>
        </w:tc>
        <w:tc>
          <w:tcPr>
            <w:tcW w:type="dxa" w:w="2880"/>
          </w:tcPr>
          <w:p>
            <w:r>
              <w:t>application/pdf</w:t>
            </w:r>
          </w:p>
        </w:tc>
      </w:tr>
      <w:tr>
        <w:tc>
          <w:tcPr>
            <w:tcW w:type="dxa" w:w="2880"/>
          </w:tcPr>
          <w:p>
            <w:r>
              <w:t>Простой текст</w:t>
            </w:r>
          </w:p>
        </w:tc>
        <w:tc>
          <w:tcPr>
            <w:tcW w:type="dxa" w:w="2880"/>
          </w:tcPr>
          <w:p>
            <w:r>
              <w:t>txt</w:t>
            </w:r>
          </w:p>
        </w:tc>
        <w:tc>
          <w:tcPr>
            <w:tcW w:type="dxa" w:w="2880"/>
          </w:tcPr>
          <w:p>
            <w:r>
              <w:t>text/plain</w:t>
            </w:r>
          </w:p>
        </w:tc>
      </w:tr>
    </w:tbl>
    <w:p>
      <w:r>
        <w:br w:type="page"/>
      </w:r>
    </w:p>
    <w:p>
      <w:pPr>
        <w:pStyle w:val="Heading1"/>
      </w:pPr>
      <w:r>
        <w:t>Тестовый документ 96</w:t>
      </w:r>
    </w:p>
    <w:p>
      <w:r>
        <w:t>Файл собран на сайте testovye-fayly.ru для проверки программ, которые читают, показывают и конвертируют документы.</w:t>
      </w:r>
    </w:p>
    <w:p>
      <w:r>
        <w:t>Текст здесь нужен только как содержимое: он написан для этого файла и ничего не значит. Кириллица, латиница, цифры 1234567890 и знаки № % — чтобы было видно, как программа справляется с кодировкой.</w:t>
      </w:r>
    </w:p>
    <w:p>
      <w:r>
        <w:t>Проверьте на этом файле: выделение и копирование текста, поиск по документу, печать, пересохранение в другой формат.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Формат</w:t>
            </w:r>
          </w:p>
        </w:tc>
        <w:tc>
          <w:tcPr>
            <w:tcW w:type="dxa" w:w="2880"/>
          </w:tcPr>
          <w:p>
            <w:r>
              <w:t>Расширение</w:t>
            </w:r>
          </w:p>
        </w:tc>
        <w:tc>
          <w:tcPr>
            <w:tcW w:type="dxa" w:w="2880"/>
          </w:tcPr>
          <w:p>
            <w:r>
              <w:t>Тип содержимого</w:t>
            </w:r>
          </w:p>
        </w:tc>
      </w:tr>
      <w:tr>
        <w:tc>
          <w:tcPr>
            <w:tcW w:type="dxa" w:w="2880"/>
          </w:tcPr>
          <w:p>
            <w:r>
              <w:t>Документ Word</w:t>
            </w:r>
          </w:p>
        </w:tc>
        <w:tc>
          <w:tcPr>
            <w:tcW w:type="dxa" w:w="2880"/>
          </w:tcPr>
          <w:p>
            <w:r>
              <w:t>docx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Таблица Excel</w:t>
            </w:r>
          </w:p>
        </w:tc>
        <w:tc>
          <w:tcPr>
            <w:tcW w:type="dxa" w:w="2880"/>
          </w:tcPr>
          <w:p>
            <w:r>
              <w:t>xlsx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Портативный документ</w:t>
            </w:r>
          </w:p>
        </w:tc>
        <w:tc>
          <w:tcPr>
            <w:tcW w:type="dxa" w:w="2880"/>
          </w:tcPr>
          <w:p>
            <w:r>
              <w:t>pdf</w:t>
            </w:r>
          </w:p>
        </w:tc>
        <w:tc>
          <w:tcPr>
            <w:tcW w:type="dxa" w:w="2880"/>
          </w:tcPr>
          <w:p>
            <w:r>
              <w:t>application/pdf</w:t>
            </w:r>
          </w:p>
        </w:tc>
      </w:tr>
      <w:tr>
        <w:tc>
          <w:tcPr>
            <w:tcW w:type="dxa" w:w="2880"/>
          </w:tcPr>
          <w:p>
            <w:r>
              <w:t>Простой текст</w:t>
            </w:r>
          </w:p>
        </w:tc>
        <w:tc>
          <w:tcPr>
            <w:tcW w:type="dxa" w:w="2880"/>
          </w:tcPr>
          <w:p>
            <w:r>
              <w:t>txt</w:t>
            </w:r>
          </w:p>
        </w:tc>
        <w:tc>
          <w:tcPr>
            <w:tcW w:type="dxa" w:w="2880"/>
          </w:tcPr>
          <w:p>
            <w:r>
              <w:t>text/plain</w:t>
            </w:r>
          </w:p>
        </w:tc>
      </w:tr>
    </w:tbl>
    <w:p>
      <w:r>
        <w:br w:type="page"/>
      </w:r>
    </w:p>
    <w:p>
      <w:pPr>
        <w:pStyle w:val="Heading1"/>
      </w:pPr>
      <w:r>
        <w:t>Тестовый документ 97</w:t>
      </w:r>
    </w:p>
    <w:p>
      <w:r>
        <w:t>Файл собран на сайте testovye-fayly.ru для проверки программ, которые читают, показывают и конвертируют документы.</w:t>
      </w:r>
    </w:p>
    <w:p>
      <w:r>
        <w:t>Текст здесь нужен только как содержимое: он написан для этого файла и ничего не значит. Кириллица, латиница, цифры 1234567890 и знаки № % — чтобы было видно, как программа справляется с кодировкой.</w:t>
      </w:r>
    </w:p>
    <w:p>
      <w:r>
        <w:t>Проверьте на этом файле: выделение и копирование текста, поиск по документу, печать, пересохранение в другой формат.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Формат</w:t>
            </w:r>
          </w:p>
        </w:tc>
        <w:tc>
          <w:tcPr>
            <w:tcW w:type="dxa" w:w="2880"/>
          </w:tcPr>
          <w:p>
            <w:r>
              <w:t>Расширение</w:t>
            </w:r>
          </w:p>
        </w:tc>
        <w:tc>
          <w:tcPr>
            <w:tcW w:type="dxa" w:w="2880"/>
          </w:tcPr>
          <w:p>
            <w:r>
              <w:t>Тип содержимого</w:t>
            </w:r>
          </w:p>
        </w:tc>
      </w:tr>
      <w:tr>
        <w:tc>
          <w:tcPr>
            <w:tcW w:type="dxa" w:w="2880"/>
          </w:tcPr>
          <w:p>
            <w:r>
              <w:t>Документ Word</w:t>
            </w:r>
          </w:p>
        </w:tc>
        <w:tc>
          <w:tcPr>
            <w:tcW w:type="dxa" w:w="2880"/>
          </w:tcPr>
          <w:p>
            <w:r>
              <w:t>docx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Таблица Excel</w:t>
            </w:r>
          </w:p>
        </w:tc>
        <w:tc>
          <w:tcPr>
            <w:tcW w:type="dxa" w:w="2880"/>
          </w:tcPr>
          <w:p>
            <w:r>
              <w:t>xlsx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Портативный документ</w:t>
            </w:r>
          </w:p>
        </w:tc>
        <w:tc>
          <w:tcPr>
            <w:tcW w:type="dxa" w:w="2880"/>
          </w:tcPr>
          <w:p>
            <w:r>
              <w:t>pdf</w:t>
            </w:r>
          </w:p>
        </w:tc>
        <w:tc>
          <w:tcPr>
            <w:tcW w:type="dxa" w:w="2880"/>
          </w:tcPr>
          <w:p>
            <w:r>
              <w:t>application/pdf</w:t>
            </w:r>
          </w:p>
        </w:tc>
      </w:tr>
      <w:tr>
        <w:tc>
          <w:tcPr>
            <w:tcW w:type="dxa" w:w="2880"/>
          </w:tcPr>
          <w:p>
            <w:r>
              <w:t>Простой текст</w:t>
            </w:r>
          </w:p>
        </w:tc>
        <w:tc>
          <w:tcPr>
            <w:tcW w:type="dxa" w:w="2880"/>
          </w:tcPr>
          <w:p>
            <w:r>
              <w:t>txt</w:t>
            </w:r>
          </w:p>
        </w:tc>
        <w:tc>
          <w:tcPr>
            <w:tcW w:type="dxa" w:w="2880"/>
          </w:tcPr>
          <w:p>
            <w:r>
              <w:t>text/plain</w:t>
            </w:r>
          </w:p>
        </w:tc>
      </w:tr>
    </w:tbl>
    <w:p>
      <w:r>
        <w:br w:type="page"/>
      </w:r>
    </w:p>
    <w:p>
      <w:pPr>
        <w:pStyle w:val="Heading1"/>
      </w:pPr>
      <w:r>
        <w:t>Тестовый документ 98</w:t>
      </w:r>
    </w:p>
    <w:p>
      <w:r>
        <w:t>Файл собран на сайте testovye-fayly.ru для проверки программ, которые читают, показывают и конвертируют документы.</w:t>
      </w:r>
    </w:p>
    <w:p>
      <w:r>
        <w:t>Текст здесь нужен только как содержимое: он написан для этого файла и ничего не значит. Кириллица, латиница, цифры 1234567890 и знаки № % — чтобы было видно, как программа справляется с кодировкой.</w:t>
      </w:r>
    </w:p>
    <w:p>
      <w:r>
        <w:t>Проверьте на этом файле: выделение и копирование текста, поиск по документу, печать, пересохранение в другой формат.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Формат</w:t>
            </w:r>
          </w:p>
        </w:tc>
        <w:tc>
          <w:tcPr>
            <w:tcW w:type="dxa" w:w="2880"/>
          </w:tcPr>
          <w:p>
            <w:r>
              <w:t>Расширение</w:t>
            </w:r>
          </w:p>
        </w:tc>
        <w:tc>
          <w:tcPr>
            <w:tcW w:type="dxa" w:w="2880"/>
          </w:tcPr>
          <w:p>
            <w:r>
              <w:t>Тип содержимого</w:t>
            </w:r>
          </w:p>
        </w:tc>
      </w:tr>
      <w:tr>
        <w:tc>
          <w:tcPr>
            <w:tcW w:type="dxa" w:w="2880"/>
          </w:tcPr>
          <w:p>
            <w:r>
              <w:t>Документ Word</w:t>
            </w:r>
          </w:p>
        </w:tc>
        <w:tc>
          <w:tcPr>
            <w:tcW w:type="dxa" w:w="2880"/>
          </w:tcPr>
          <w:p>
            <w:r>
              <w:t>docx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Таблица Excel</w:t>
            </w:r>
          </w:p>
        </w:tc>
        <w:tc>
          <w:tcPr>
            <w:tcW w:type="dxa" w:w="2880"/>
          </w:tcPr>
          <w:p>
            <w:r>
              <w:t>xlsx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Портативный документ</w:t>
            </w:r>
          </w:p>
        </w:tc>
        <w:tc>
          <w:tcPr>
            <w:tcW w:type="dxa" w:w="2880"/>
          </w:tcPr>
          <w:p>
            <w:r>
              <w:t>pdf</w:t>
            </w:r>
          </w:p>
        </w:tc>
        <w:tc>
          <w:tcPr>
            <w:tcW w:type="dxa" w:w="2880"/>
          </w:tcPr>
          <w:p>
            <w:r>
              <w:t>application/pdf</w:t>
            </w:r>
          </w:p>
        </w:tc>
      </w:tr>
      <w:tr>
        <w:tc>
          <w:tcPr>
            <w:tcW w:type="dxa" w:w="2880"/>
          </w:tcPr>
          <w:p>
            <w:r>
              <w:t>Простой текст</w:t>
            </w:r>
          </w:p>
        </w:tc>
        <w:tc>
          <w:tcPr>
            <w:tcW w:type="dxa" w:w="2880"/>
          </w:tcPr>
          <w:p>
            <w:r>
              <w:t>txt</w:t>
            </w:r>
          </w:p>
        </w:tc>
        <w:tc>
          <w:tcPr>
            <w:tcW w:type="dxa" w:w="2880"/>
          </w:tcPr>
          <w:p>
            <w:r>
              <w:t>text/plain</w:t>
            </w:r>
          </w:p>
        </w:tc>
      </w:tr>
    </w:tbl>
    <w:p>
      <w:r>
        <w:br w:type="page"/>
      </w:r>
    </w:p>
    <w:p>
      <w:pPr>
        <w:pStyle w:val="Heading1"/>
      </w:pPr>
      <w:r>
        <w:t>Тестовый документ 99</w:t>
      </w:r>
    </w:p>
    <w:p>
      <w:r>
        <w:t>Файл собран на сайте testovye-fayly.ru для проверки программ, которые читают, показывают и конвертируют документы.</w:t>
      </w:r>
    </w:p>
    <w:p>
      <w:r>
        <w:t>Текст здесь нужен только как содержимое: он написан для этого файла и ничего не значит. Кириллица, латиница, цифры 1234567890 и знаки № % — чтобы было видно, как программа справляется с кодировкой.</w:t>
      </w:r>
    </w:p>
    <w:p>
      <w:r>
        <w:t>Проверьте на этом файле: выделение и копирование текста, поиск по документу, печать, пересохранение в другой формат.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Формат</w:t>
            </w:r>
          </w:p>
        </w:tc>
        <w:tc>
          <w:tcPr>
            <w:tcW w:type="dxa" w:w="2880"/>
          </w:tcPr>
          <w:p>
            <w:r>
              <w:t>Расширение</w:t>
            </w:r>
          </w:p>
        </w:tc>
        <w:tc>
          <w:tcPr>
            <w:tcW w:type="dxa" w:w="2880"/>
          </w:tcPr>
          <w:p>
            <w:r>
              <w:t>Тип содержимого</w:t>
            </w:r>
          </w:p>
        </w:tc>
      </w:tr>
      <w:tr>
        <w:tc>
          <w:tcPr>
            <w:tcW w:type="dxa" w:w="2880"/>
          </w:tcPr>
          <w:p>
            <w:r>
              <w:t>Документ Word</w:t>
            </w:r>
          </w:p>
        </w:tc>
        <w:tc>
          <w:tcPr>
            <w:tcW w:type="dxa" w:w="2880"/>
          </w:tcPr>
          <w:p>
            <w:r>
              <w:t>docx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Таблица Excel</w:t>
            </w:r>
          </w:p>
        </w:tc>
        <w:tc>
          <w:tcPr>
            <w:tcW w:type="dxa" w:w="2880"/>
          </w:tcPr>
          <w:p>
            <w:r>
              <w:t>xlsx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Портативный документ</w:t>
            </w:r>
          </w:p>
        </w:tc>
        <w:tc>
          <w:tcPr>
            <w:tcW w:type="dxa" w:w="2880"/>
          </w:tcPr>
          <w:p>
            <w:r>
              <w:t>pdf</w:t>
            </w:r>
          </w:p>
        </w:tc>
        <w:tc>
          <w:tcPr>
            <w:tcW w:type="dxa" w:w="2880"/>
          </w:tcPr>
          <w:p>
            <w:r>
              <w:t>application/pdf</w:t>
            </w:r>
          </w:p>
        </w:tc>
      </w:tr>
      <w:tr>
        <w:tc>
          <w:tcPr>
            <w:tcW w:type="dxa" w:w="2880"/>
          </w:tcPr>
          <w:p>
            <w:r>
              <w:t>Простой текст</w:t>
            </w:r>
          </w:p>
        </w:tc>
        <w:tc>
          <w:tcPr>
            <w:tcW w:type="dxa" w:w="2880"/>
          </w:tcPr>
          <w:p>
            <w:r>
              <w:t>txt</w:t>
            </w:r>
          </w:p>
        </w:tc>
        <w:tc>
          <w:tcPr>
            <w:tcW w:type="dxa" w:w="2880"/>
          </w:tcPr>
          <w:p>
            <w:r>
              <w:t>text/plain</w:t>
            </w:r>
          </w:p>
        </w:tc>
      </w:tr>
    </w:tbl>
    <w:p>
      <w:r>
        <w:br w:type="page"/>
      </w:r>
    </w:p>
    <w:p>
      <w:pPr>
        <w:pStyle w:val="Heading1"/>
      </w:pPr>
      <w:r>
        <w:t>Тестовый документ 100</w:t>
      </w:r>
    </w:p>
    <w:p>
      <w:r>
        <w:t>Файл собран на сайте testovye-fayly.ru для проверки программ, которые читают, показывают и конвертируют документы.</w:t>
      </w:r>
    </w:p>
    <w:p>
      <w:r>
        <w:t>Текст здесь нужен только как содержимое: он написан для этого файла и ничего не значит. Кириллица, латиница, цифры 1234567890 и знаки № % — чтобы было видно, как программа справляется с кодировкой.</w:t>
      </w:r>
    </w:p>
    <w:p>
      <w:r>
        <w:t>Проверьте на этом файле: выделение и копирование текста, поиск по документу, печать, пересохранение в другой формат.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Формат</w:t>
            </w:r>
          </w:p>
        </w:tc>
        <w:tc>
          <w:tcPr>
            <w:tcW w:type="dxa" w:w="2880"/>
          </w:tcPr>
          <w:p>
            <w:r>
              <w:t>Расширение</w:t>
            </w:r>
          </w:p>
        </w:tc>
        <w:tc>
          <w:tcPr>
            <w:tcW w:type="dxa" w:w="2880"/>
          </w:tcPr>
          <w:p>
            <w:r>
              <w:t>Тип содержимого</w:t>
            </w:r>
          </w:p>
        </w:tc>
      </w:tr>
      <w:tr>
        <w:tc>
          <w:tcPr>
            <w:tcW w:type="dxa" w:w="2880"/>
          </w:tcPr>
          <w:p>
            <w:r>
              <w:t>Документ Word</w:t>
            </w:r>
          </w:p>
        </w:tc>
        <w:tc>
          <w:tcPr>
            <w:tcW w:type="dxa" w:w="2880"/>
          </w:tcPr>
          <w:p>
            <w:r>
              <w:t>docx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Таблица Excel</w:t>
            </w:r>
          </w:p>
        </w:tc>
        <w:tc>
          <w:tcPr>
            <w:tcW w:type="dxa" w:w="2880"/>
          </w:tcPr>
          <w:p>
            <w:r>
              <w:t>xlsx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Портативный документ</w:t>
            </w:r>
          </w:p>
        </w:tc>
        <w:tc>
          <w:tcPr>
            <w:tcW w:type="dxa" w:w="2880"/>
          </w:tcPr>
          <w:p>
            <w:r>
              <w:t>pdf</w:t>
            </w:r>
          </w:p>
        </w:tc>
        <w:tc>
          <w:tcPr>
            <w:tcW w:type="dxa" w:w="2880"/>
          </w:tcPr>
          <w:p>
            <w:r>
              <w:t>application/pdf</w:t>
            </w:r>
          </w:p>
        </w:tc>
      </w:tr>
      <w:tr>
        <w:tc>
          <w:tcPr>
            <w:tcW w:type="dxa" w:w="2880"/>
          </w:tcPr>
          <w:p>
            <w:r>
              <w:t>Простой текст</w:t>
            </w:r>
          </w:p>
        </w:tc>
        <w:tc>
          <w:tcPr>
            <w:tcW w:type="dxa" w:w="2880"/>
          </w:tcPr>
          <w:p>
            <w:r>
              <w:t>txt</w:t>
            </w:r>
          </w:p>
        </w:tc>
        <w:tc>
          <w:tcPr>
            <w:tcW w:type="dxa" w:w="2880"/>
          </w:tcPr>
          <w:p>
            <w:r>
              <w:t>text/plain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